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0390" w14:textId="77777777" w:rsidR="008139C7" w:rsidRPr="0048710A" w:rsidRDefault="00000000" w:rsidP="001D22A7">
      <w:pPr>
        <w:pStyle w:val="Titolo1"/>
        <w:jc w:val="both"/>
      </w:pPr>
      <w:r w:rsidRPr="0048710A">
        <w:t>CURRICULUM VITAE</w:t>
      </w:r>
    </w:p>
    <w:p w14:paraId="5F546B3A" w14:textId="77777777" w:rsidR="008139C7" w:rsidRDefault="00000000" w:rsidP="001D22A7">
      <w:pPr>
        <w:pStyle w:val="Titolo2"/>
        <w:jc w:val="both"/>
      </w:pPr>
      <w:r w:rsidRPr="0048710A">
        <w:t>Dichiarazione</w:t>
      </w:r>
      <w:r>
        <w:t xml:space="preserve"> sostitutiva di certificazione e di atto di notorietà ai sensi degli artt. 46 e 47 del D.P.R. 28 dicembre 2000, n. 445</w:t>
      </w:r>
    </w:p>
    <w:p w14:paraId="44A26796" w14:textId="77777777" w:rsidR="008139C7" w:rsidRDefault="00000000" w:rsidP="001D22A7">
      <w:pPr>
        <w:jc w:val="both"/>
      </w:pPr>
      <w:r>
        <w:t>Il/La sottoscritto/a ____________________, nato/a a __________________ il ___/___/______, residente in ____________________, codice fiscale ____________________, consapevole delle responsabilità penali previste dall'art. 76 del D.P.R. 445/2000, dichiara ai sensi degli artt. 46 e 47 del D.P.R. n. 445/2000 che quanto riportato nel presente Curriculum Vitae corrisponde al vero e che tutti i titoli, le attività scientifiche, didattiche e professionali, le pubblicazioni e gli altri elementi indicati sono posseduti alla data di presentazione della domanda.</w:t>
      </w:r>
    </w:p>
    <w:p w14:paraId="256CC554" w14:textId="77777777" w:rsidR="008139C7" w:rsidRDefault="00000000" w:rsidP="001D22A7">
      <w:pPr>
        <w:pStyle w:val="Titolo2"/>
        <w:jc w:val="both"/>
      </w:pPr>
      <w:r>
        <w:t>DATI ANAGRAFICI</w:t>
      </w:r>
    </w:p>
    <w:p w14:paraId="58DAE734" w14:textId="77777777" w:rsidR="008139C7" w:rsidRDefault="00000000" w:rsidP="001D22A7">
      <w:pPr>
        <w:jc w:val="both"/>
      </w:pPr>
      <w:r>
        <w:t>Nome e Cognome: ____________________</w:t>
      </w:r>
    </w:p>
    <w:p w14:paraId="60E49EDD" w14:textId="77777777" w:rsidR="008139C7" w:rsidRDefault="00000000" w:rsidP="001D22A7">
      <w:pPr>
        <w:jc w:val="both"/>
      </w:pPr>
      <w:r>
        <w:t>Luogo e data di nascita: ____________________</w:t>
      </w:r>
    </w:p>
    <w:p w14:paraId="3DAF707B" w14:textId="77777777" w:rsidR="008139C7" w:rsidRDefault="00000000" w:rsidP="001D22A7">
      <w:pPr>
        <w:jc w:val="both"/>
      </w:pPr>
      <w:r>
        <w:t>Codice fiscale: ____________________</w:t>
      </w:r>
    </w:p>
    <w:p w14:paraId="0E7B039E" w14:textId="77777777" w:rsidR="008139C7" w:rsidRDefault="00000000" w:rsidP="001D22A7">
      <w:pPr>
        <w:jc w:val="both"/>
      </w:pPr>
      <w:r>
        <w:t>Residenza: ____________________</w:t>
      </w:r>
    </w:p>
    <w:p w14:paraId="20466B37" w14:textId="77777777" w:rsidR="008139C7" w:rsidRDefault="00000000" w:rsidP="001D22A7">
      <w:pPr>
        <w:jc w:val="both"/>
      </w:pPr>
      <w:r>
        <w:t>Telefono: ____________________</w:t>
      </w:r>
    </w:p>
    <w:p w14:paraId="488BD3E7" w14:textId="77777777" w:rsidR="008139C7" w:rsidRDefault="00000000" w:rsidP="001D22A7">
      <w:pPr>
        <w:jc w:val="both"/>
      </w:pPr>
      <w:r>
        <w:t>E-mail: ____________________</w:t>
      </w:r>
    </w:p>
    <w:p w14:paraId="374D243A" w14:textId="77777777" w:rsidR="008139C7" w:rsidRDefault="00000000" w:rsidP="001D22A7">
      <w:pPr>
        <w:jc w:val="both"/>
      </w:pPr>
      <w:r>
        <w:t>PEC: ____________________</w:t>
      </w:r>
    </w:p>
    <w:p w14:paraId="2573A0B6" w14:textId="77777777" w:rsidR="008139C7" w:rsidRDefault="00000000" w:rsidP="001D22A7">
      <w:pPr>
        <w:jc w:val="both"/>
      </w:pPr>
      <w:r>
        <w:t>ORCID: ____________________</w:t>
      </w:r>
    </w:p>
    <w:p w14:paraId="727FD6FA" w14:textId="5620908B" w:rsidR="00292921" w:rsidRDefault="00000000" w:rsidP="00E512B5">
      <w:pPr>
        <w:jc w:val="both"/>
      </w:pPr>
      <w:r>
        <w:t>Scopus Author ID / ResearcherID: ____________________</w:t>
      </w:r>
    </w:p>
    <w:p w14:paraId="68C0B7A6" w14:textId="77777777" w:rsidR="00292921" w:rsidRDefault="00292921" w:rsidP="001D22A7">
      <w:pPr>
        <w:pStyle w:val="Titolo2"/>
        <w:jc w:val="both"/>
      </w:pPr>
    </w:p>
    <w:p w14:paraId="66E70853" w14:textId="2D672344" w:rsidR="00790BCB" w:rsidRDefault="00790BCB" w:rsidP="001D22A7">
      <w:pPr>
        <w:pStyle w:val="Titolo2"/>
        <w:jc w:val="both"/>
      </w:pPr>
      <w:r>
        <w:t>SEZIONE A:</w:t>
      </w:r>
      <w:r w:rsidR="009B6094">
        <w:t xml:space="preserve"> </w:t>
      </w:r>
      <w:r w:rsidR="009B6094" w:rsidRPr="009B6094">
        <w:t>Curriculum scientifico e di ricerca</w:t>
      </w:r>
    </w:p>
    <w:p w14:paraId="0D5F4432" w14:textId="0E90DFD1" w:rsidR="008139C7" w:rsidRDefault="00000000" w:rsidP="001D22A7">
      <w:pPr>
        <w:pStyle w:val="Titolo2"/>
        <w:jc w:val="both"/>
      </w:pPr>
      <w:r>
        <w:t>A1 – Titoli di studio</w:t>
      </w:r>
    </w:p>
    <w:p w14:paraId="372A91C0" w14:textId="5BC56422" w:rsidR="001B193E" w:rsidRPr="001B193E" w:rsidRDefault="00412B47" w:rsidP="001D22A7">
      <w:pPr>
        <w:ind w:right="43"/>
        <w:jc w:val="both"/>
      </w:pPr>
      <w:r>
        <w:rPr>
          <w:color w:val="000000"/>
          <w:sz w:val="18"/>
          <w:szCs w:val="18"/>
        </w:rPr>
        <w:t>(</w:t>
      </w:r>
      <w:r w:rsidR="001B193E">
        <w:rPr>
          <w:color w:val="000000"/>
          <w:sz w:val="18"/>
          <w:szCs w:val="18"/>
        </w:rPr>
        <w:t>Possesso del titolo di Dottore di Ricerca o di Specializzazione, conseguiti in materie attinenti al Settore Scientifico-Disciplinare dell'insegnamento</w:t>
      </w:r>
      <w:r>
        <w:rPr>
          <w:color w:val="000000"/>
          <w:sz w:val="18"/>
          <w:szCs w:val="1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4"/>
        <w:gridCol w:w="1874"/>
        <w:gridCol w:w="1180"/>
        <w:gridCol w:w="2568"/>
        <w:gridCol w:w="1874"/>
      </w:tblGrid>
      <w:tr w:rsidR="008139C7" w14:paraId="4A44A452" w14:textId="77777777" w:rsidTr="00412B47">
        <w:trPr>
          <w:trHeight w:val="451"/>
        </w:trPr>
        <w:tc>
          <w:tcPr>
            <w:tcW w:w="1874" w:type="dxa"/>
          </w:tcPr>
          <w:p w14:paraId="1AC7E305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1874" w:type="dxa"/>
          </w:tcPr>
          <w:p w14:paraId="015CFAC8" w14:textId="77777777" w:rsidR="008139C7" w:rsidRDefault="00000000" w:rsidP="001D22A7">
            <w:pPr>
              <w:jc w:val="both"/>
            </w:pPr>
            <w:r>
              <w:t>Ente</w:t>
            </w:r>
          </w:p>
        </w:tc>
        <w:tc>
          <w:tcPr>
            <w:tcW w:w="1180" w:type="dxa"/>
          </w:tcPr>
          <w:p w14:paraId="670D7477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2568" w:type="dxa"/>
          </w:tcPr>
          <w:p w14:paraId="0A39E0B6" w14:textId="77777777" w:rsidR="008139C7" w:rsidRDefault="00000000" w:rsidP="001D22A7">
            <w:pPr>
              <w:jc w:val="both"/>
            </w:pPr>
            <w:r>
              <w:t>SSD/Ambito disciplinare</w:t>
            </w:r>
          </w:p>
        </w:tc>
        <w:tc>
          <w:tcPr>
            <w:tcW w:w="1874" w:type="dxa"/>
          </w:tcPr>
          <w:p w14:paraId="696E5F23" w14:textId="77777777" w:rsidR="008139C7" w:rsidRDefault="00000000" w:rsidP="001D22A7">
            <w:pPr>
              <w:jc w:val="both"/>
            </w:pPr>
            <w:r>
              <w:t>Titolo della tesi</w:t>
            </w:r>
          </w:p>
        </w:tc>
      </w:tr>
      <w:tr w:rsidR="008139C7" w14:paraId="642B6B42" w14:textId="77777777" w:rsidTr="00412B47">
        <w:trPr>
          <w:trHeight w:val="221"/>
        </w:trPr>
        <w:tc>
          <w:tcPr>
            <w:tcW w:w="1874" w:type="dxa"/>
          </w:tcPr>
          <w:p w14:paraId="4660B920" w14:textId="77777777" w:rsidR="008139C7" w:rsidRDefault="008139C7" w:rsidP="001D22A7">
            <w:pPr>
              <w:jc w:val="both"/>
            </w:pPr>
          </w:p>
        </w:tc>
        <w:tc>
          <w:tcPr>
            <w:tcW w:w="1874" w:type="dxa"/>
          </w:tcPr>
          <w:p w14:paraId="07AAEA94" w14:textId="77777777" w:rsidR="008139C7" w:rsidRDefault="008139C7" w:rsidP="001D22A7">
            <w:pPr>
              <w:jc w:val="both"/>
            </w:pPr>
          </w:p>
        </w:tc>
        <w:tc>
          <w:tcPr>
            <w:tcW w:w="1180" w:type="dxa"/>
          </w:tcPr>
          <w:p w14:paraId="42F5DD19" w14:textId="77777777" w:rsidR="008139C7" w:rsidRDefault="008139C7" w:rsidP="001D22A7">
            <w:pPr>
              <w:jc w:val="both"/>
            </w:pPr>
          </w:p>
        </w:tc>
        <w:tc>
          <w:tcPr>
            <w:tcW w:w="2568" w:type="dxa"/>
          </w:tcPr>
          <w:p w14:paraId="6D2FDDCC" w14:textId="77777777" w:rsidR="008139C7" w:rsidRDefault="008139C7" w:rsidP="001D22A7">
            <w:pPr>
              <w:jc w:val="both"/>
            </w:pPr>
          </w:p>
        </w:tc>
        <w:tc>
          <w:tcPr>
            <w:tcW w:w="1874" w:type="dxa"/>
          </w:tcPr>
          <w:p w14:paraId="605CD384" w14:textId="77777777" w:rsidR="008139C7" w:rsidRDefault="008139C7" w:rsidP="001D22A7">
            <w:pPr>
              <w:jc w:val="both"/>
            </w:pPr>
          </w:p>
        </w:tc>
      </w:tr>
    </w:tbl>
    <w:p w14:paraId="70BEA9ED" w14:textId="77777777" w:rsidR="008139C7" w:rsidRDefault="00000000" w:rsidP="001D22A7">
      <w:pPr>
        <w:pStyle w:val="Titolo2"/>
        <w:jc w:val="both"/>
      </w:pPr>
      <w:r>
        <w:t>A2 – Abilitazione Scientifica Nazionale (ASN)</w:t>
      </w:r>
    </w:p>
    <w:p w14:paraId="7AB4C4DF" w14:textId="37733BB1" w:rsidR="001D22A7" w:rsidRPr="001D22A7" w:rsidRDefault="00412B47" w:rsidP="001D22A7">
      <w:pPr>
        <w:jc w:val="both"/>
      </w:pPr>
      <w:r>
        <w:rPr>
          <w:color w:val="000000"/>
          <w:sz w:val="18"/>
          <w:szCs w:val="18"/>
        </w:rPr>
        <w:t>(</w:t>
      </w:r>
      <w:r w:rsidR="003D51E0">
        <w:rPr>
          <w:color w:val="000000"/>
          <w:sz w:val="18"/>
          <w:szCs w:val="18"/>
        </w:rPr>
        <w:t>Possesso dell'Abilitazione Scientifica Nazionale (ASN) per il settore concorsuale di riferimento</w:t>
      </w:r>
      <w:r>
        <w:rPr>
          <w:color w:val="000000"/>
          <w:sz w:val="18"/>
          <w:szCs w:val="1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45"/>
        <w:gridCol w:w="2345"/>
        <w:gridCol w:w="2345"/>
        <w:gridCol w:w="2345"/>
      </w:tblGrid>
      <w:tr w:rsidR="008139C7" w14:paraId="613EAB52" w14:textId="77777777" w:rsidTr="001D22A7">
        <w:trPr>
          <w:trHeight w:val="245"/>
        </w:trPr>
        <w:tc>
          <w:tcPr>
            <w:tcW w:w="2345" w:type="dxa"/>
          </w:tcPr>
          <w:p w14:paraId="5D89D8F7" w14:textId="77777777" w:rsidR="008139C7" w:rsidRDefault="00000000" w:rsidP="001D22A7">
            <w:pPr>
              <w:jc w:val="both"/>
            </w:pPr>
            <w:r>
              <w:t>Settore Concorsuale</w:t>
            </w:r>
          </w:p>
        </w:tc>
        <w:tc>
          <w:tcPr>
            <w:tcW w:w="2345" w:type="dxa"/>
          </w:tcPr>
          <w:p w14:paraId="0C555CEA" w14:textId="77777777" w:rsidR="008139C7" w:rsidRDefault="00000000" w:rsidP="001D22A7">
            <w:pPr>
              <w:jc w:val="both"/>
            </w:pPr>
            <w:r>
              <w:t>Fascia</w:t>
            </w:r>
          </w:p>
        </w:tc>
        <w:tc>
          <w:tcPr>
            <w:tcW w:w="2345" w:type="dxa"/>
          </w:tcPr>
          <w:p w14:paraId="41DA470A" w14:textId="77777777" w:rsidR="008139C7" w:rsidRDefault="00000000" w:rsidP="001D22A7">
            <w:pPr>
              <w:jc w:val="both"/>
            </w:pPr>
            <w:r>
              <w:t>Data conseguimento</w:t>
            </w:r>
          </w:p>
        </w:tc>
        <w:tc>
          <w:tcPr>
            <w:tcW w:w="2345" w:type="dxa"/>
          </w:tcPr>
          <w:p w14:paraId="6DE40FCA" w14:textId="77777777" w:rsidR="008139C7" w:rsidRDefault="00000000" w:rsidP="001D22A7">
            <w:pPr>
              <w:jc w:val="both"/>
            </w:pPr>
            <w:r>
              <w:t>Validità</w:t>
            </w:r>
          </w:p>
        </w:tc>
      </w:tr>
      <w:tr w:rsidR="008139C7" w14:paraId="7E7C6C2B" w14:textId="77777777" w:rsidTr="001D22A7">
        <w:trPr>
          <w:trHeight w:val="254"/>
        </w:trPr>
        <w:tc>
          <w:tcPr>
            <w:tcW w:w="2345" w:type="dxa"/>
          </w:tcPr>
          <w:p w14:paraId="3C3F5B35" w14:textId="77777777" w:rsidR="008139C7" w:rsidRDefault="008139C7" w:rsidP="001D22A7">
            <w:pPr>
              <w:jc w:val="both"/>
            </w:pPr>
          </w:p>
        </w:tc>
        <w:tc>
          <w:tcPr>
            <w:tcW w:w="2345" w:type="dxa"/>
          </w:tcPr>
          <w:p w14:paraId="659AC1BD" w14:textId="77777777" w:rsidR="008139C7" w:rsidRDefault="008139C7" w:rsidP="001D22A7">
            <w:pPr>
              <w:jc w:val="both"/>
            </w:pPr>
          </w:p>
        </w:tc>
        <w:tc>
          <w:tcPr>
            <w:tcW w:w="2345" w:type="dxa"/>
          </w:tcPr>
          <w:p w14:paraId="7D07666B" w14:textId="77777777" w:rsidR="008139C7" w:rsidRDefault="008139C7" w:rsidP="001D22A7">
            <w:pPr>
              <w:jc w:val="both"/>
            </w:pPr>
          </w:p>
        </w:tc>
        <w:tc>
          <w:tcPr>
            <w:tcW w:w="2345" w:type="dxa"/>
          </w:tcPr>
          <w:p w14:paraId="1FF11341" w14:textId="77777777" w:rsidR="008139C7" w:rsidRDefault="008139C7" w:rsidP="001D22A7">
            <w:pPr>
              <w:jc w:val="both"/>
            </w:pPr>
          </w:p>
        </w:tc>
      </w:tr>
    </w:tbl>
    <w:p w14:paraId="064E995F" w14:textId="1A70F77F" w:rsidR="008139C7" w:rsidRDefault="00000000" w:rsidP="001D22A7">
      <w:pPr>
        <w:pStyle w:val="Titolo2"/>
        <w:jc w:val="both"/>
      </w:pPr>
      <w:r>
        <w:t>A3 –</w:t>
      </w:r>
      <w:r w:rsidR="009D0BF3">
        <w:t xml:space="preserve"> </w:t>
      </w:r>
      <w:r w:rsidR="009D0BF3" w:rsidRPr="009D0BF3">
        <w:t xml:space="preserve">Attività scientifica e di </w:t>
      </w:r>
      <w:r w:rsidR="00096789">
        <w:t>ricerca</w:t>
      </w:r>
      <w:r w:rsidR="00412B47">
        <w:t>:</w:t>
      </w:r>
    </w:p>
    <w:p w14:paraId="203A416A" w14:textId="5AC5CDF1" w:rsidR="00A00078" w:rsidRDefault="00412B47" w:rsidP="00000701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</w:t>
      </w:r>
      <w:r w:rsidR="00000701">
        <w:rPr>
          <w:color w:val="000000"/>
          <w:sz w:val="18"/>
          <w:szCs w:val="18"/>
        </w:rPr>
        <w:t>Relativamente ad attività di ricerca e tematiche attinenti al Settore Scientifico-Disciplinare dell'insegnamento: partecipazione a progetti di ricerca nazionali, europei o internazionali; partecipazione a gruppi, reti o laboratori di ricerca; periodi di ricerca presso Atenei o enti di ricerca italiani o esteri; organizzazione e partecipazione a convegni e workshop scientifici; premi, riconoscimenti, brevetti, borse di studio o assegni di ricerca; ulteriori elementi che arricchiscono il profilo curriculare del candidato</w:t>
      </w:r>
      <w:r>
        <w:rPr>
          <w:color w:val="000000"/>
          <w:sz w:val="18"/>
          <w:szCs w:val="18"/>
        </w:rPr>
        <w:t>)</w:t>
      </w:r>
    </w:p>
    <w:p w14:paraId="282BD4EC" w14:textId="6E85C278" w:rsidR="009D0BF3" w:rsidRPr="00A00078" w:rsidRDefault="009D0BF3" w:rsidP="009D0BF3">
      <w:pPr>
        <w:pStyle w:val="Titolo2"/>
        <w:jc w:val="both"/>
      </w:pPr>
      <w:r w:rsidRPr="009D0BF3">
        <w:t xml:space="preserve">A3 – </w:t>
      </w:r>
      <w:r>
        <w:t>Progetti di ricerca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</w:tblGrid>
      <w:tr w:rsidR="008139C7" w14:paraId="0C782AA1" w14:textId="77777777" w:rsidTr="001D22A7">
        <w:trPr>
          <w:trHeight w:val="336"/>
        </w:trPr>
        <w:tc>
          <w:tcPr>
            <w:tcW w:w="2350" w:type="dxa"/>
          </w:tcPr>
          <w:p w14:paraId="105E8CC9" w14:textId="77777777" w:rsidR="008139C7" w:rsidRDefault="00000000" w:rsidP="001D22A7">
            <w:pPr>
              <w:jc w:val="both"/>
            </w:pPr>
            <w:r>
              <w:t>Periodo</w:t>
            </w:r>
          </w:p>
        </w:tc>
        <w:tc>
          <w:tcPr>
            <w:tcW w:w="2350" w:type="dxa"/>
          </w:tcPr>
          <w:p w14:paraId="164BA223" w14:textId="77777777" w:rsidR="008139C7" w:rsidRDefault="00000000" w:rsidP="001D22A7">
            <w:pPr>
              <w:jc w:val="both"/>
            </w:pPr>
            <w:r>
              <w:t>Progetto</w:t>
            </w:r>
          </w:p>
        </w:tc>
        <w:tc>
          <w:tcPr>
            <w:tcW w:w="2350" w:type="dxa"/>
          </w:tcPr>
          <w:p w14:paraId="6E97C525" w14:textId="77777777" w:rsidR="008139C7" w:rsidRDefault="00000000" w:rsidP="001D22A7">
            <w:pPr>
              <w:jc w:val="both"/>
            </w:pPr>
            <w:r>
              <w:t>Ente finanziatore</w:t>
            </w:r>
          </w:p>
        </w:tc>
        <w:tc>
          <w:tcPr>
            <w:tcW w:w="2350" w:type="dxa"/>
          </w:tcPr>
          <w:p w14:paraId="4F7311A1" w14:textId="77777777" w:rsidR="008139C7" w:rsidRDefault="00000000" w:rsidP="001D22A7">
            <w:pPr>
              <w:jc w:val="both"/>
            </w:pPr>
            <w:r>
              <w:t>Ruolo svolto</w:t>
            </w:r>
          </w:p>
        </w:tc>
      </w:tr>
      <w:tr w:rsidR="008139C7" w14:paraId="146BF78C" w14:textId="77777777" w:rsidTr="001D22A7">
        <w:trPr>
          <w:trHeight w:val="270"/>
        </w:trPr>
        <w:tc>
          <w:tcPr>
            <w:tcW w:w="2350" w:type="dxa"/>
          </w:tcPr>
          <w:p w14:paraId="79080D7E" w14:textId="77777777" w:rsidR="008139C7" w:rsidRDefault="008139C7" w:rsidP="001D22A7">
            <w:pPr>
              <w:jc w:val="both"/>
            </w:pPr>
          </w:p>
        </w:tc>
        <w:tc>
          <w:tcPr>
            <w:tcW w:w="2350" w:type="dxa"/>
          </w:tcPr>
          <w:p w14:paraId="44FAA504" w14:textId="77777777" w:rsidR="008139C7" w:rsidRDefault="008139C7" w:rsidP="001D22A7">
            <w:pPr>
              <w:jc w:val="both"/>
            </w:pPr>
          </w:p>
        </w:tc>
        <w:tc>
          <w:tcPr>
            <w:tcW w:w="2350" w:type="dxa"/>
          </w:tcPr>
          <w:p w14:paraId="5E99693C" w14:textId="77777777" w:rsidR="008139C7" w:rsidRDefault="008139C7" w:rsidP="001D22A7">
            <w:pPr>
              <w:jc w:val="both"/>
            </w:pPr>
          </w:p>
        </w:tc>
        <w:tc>
          <w:tcPr>
            <w:tcW w:w="2350" w:type="dxa"/>
          </w:tcPr>
          <w:p w14:paraId="3E671A62" w14:textId="77777777" w:rsidR="008139C7" w:rsidRDefault="008139C7" w:rsidP="001D22A7">
            <w:pPr>
              <w:jc w:val="both"/>
            </w:pPr>
          </w:p>
        </w:tc>
      </w:tr>
    </w:tbl>
    <w:p w14:paraId="0D047673" w14:textId="2A15297E" w:rsidR="008139C7" w:rsidRDefault="00000000" w:rsidP="001D22A7">
      <w:pPr>
        <w:pStyle w:val="Titolo2"/>
        <w:jc w:val="both"/>
      </w:pPr>
      <w:r>
        <w:t xml:space="preserve">A3 – Gruppi, reti e </w:t>
      </w:r>
      <w:r w:rsidR="0093085E">
        <w:t>laboratory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36"/>
        <w:gridCol w:w="3136"/>
        <w:gridCol w:w="3136"/>
      </w:tblGrid>
      <w:tr w:rsidR="008139C7" w14:paraId="7503218E" w14:textId="77777777" w:rsidTr="001D22A7">
        <w:trPr>
          <w:trHeight w:val="249"/>
        </w:trPr>
        <w:tc>
          <w:tcPr>
            <w:tcW w:w="3136" w:type="dxa"/>
          </w:tcPr>
          <w:p w14:paraId="7F40E347" w14:textId="77777777" w:rsidR="008139C7" w:rsidRDefault="00000000" w:rsidP="001D22A7">
            <w:pPr>
              <w:jc w:val="both"/>
            </w:pPr>
            <w:r>
              <w:t>Periodo</w:t>
            </w:r>
          </w:p>
        </w:tc>
        <w:tc>
          <w:tcPr>
            <w:tcW w:w="3136" w:type="dxa"/>
          </w:tcPr>
          <w:p w14:paraId="775C2243" w14:textId="77777777" w:rsidR="008139C7" w:rsidRDefault="00000000" w:rsidP="001D22A7">
            <w:pPr>
              <w:jc w:val="both"/>
            </w:pPr>
            <w:r>
              <w:t>Struttura</w:t>
            </w:r>
          </w:p>
        </w:tc>
        <w:tc>
          <w:tcPr>
            <w:tcW w:w="3136" w:type="dxa"/>
          </w:tcPr>
          <w:p w14:paraId="249B4DC4" w14:textId="77777777" w:rsidR="008139C7" w:rsidRDefault="00000000" w:rsidP="001D22A7">
            <w:pPr>
              <w:jc w:val="both"/>
            </w:pPr>
            <w:r>
              <w:t>Ruolo</w:t>
            </w:r>
          </w:p>
        </w:tc>
      </w:tr>
      <w:tr w:rsidR="008139C7" w14:paraId="6A465547" w14:textId="77777777" w:rsidTr="001D22A7">
        <w:trPr>
          <w:trHeight w:val="259"/>
        </w:trPr>
        <w:tc>
          <w:tcPr>
            <w:tcW w:w="3136" w:type="dxa"/>
          </w:tcPr>
          <w:p w14:paraId="142B3E1F" w14:textId="77777777" w:rsidR="008139C7" w:rsidRDefault="008139C7" w:rsidP="001D22A7">
            <w:pPr>
              <w:jc w:val="both"/>
            </w:pPr>
          </w:p>
        </w:tc>
        <w:tc>
          <w:tcPr>
            <w:tcW w:w="3136" w:type="dxa"/>
          </w:tcPr>
          <w:p w14:paraId="59FAF6B7" w14:textId="77777777" w:rsidR="008139C7" w:rsidRDefault="008139C7" w:rsidP="001D22A7">
            <w:pPr>
              <w:jc w:val="both"/>
            </w:pPr>
          </w:p>
        </w:tc>
        <w:tc>
          <w:tcPr>
            <w:tcW w:w="3136" w:type="dxa"/>
          </w:tcPr>
          <w:p w14:paraId="0BD7A0F4" w14:textId="77777777" w:rsidR="008139C7" w:rsidRDefault="008139C7" w:rsidP="001D22A7">
            <w:pPr>
              <w:jc w:val="both"/>
            </w:pPr>
          </w:p>
        </w:tc>
      </w:tr>
    </w:tbl>
    <w:p w14:paraId="27427E2E" w14:textId="77777777" w:rsidR="008139C7" w:rsidRDefault="00000000" w:rsidP="001D22A7">
      <w:pPr>
        <w:pStyle w:val="Titolo2"/>
        <w:jc w:val="both"/>
      </w:pPr>
      <w:r>
        <w:t>A3 – Periodi di ricerca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55"/>
        <w:gridCol w:w="2355"/>
        <w:gridCol w:w="2355"/>
        <w:gridCol w:w="2355"/>
      </w:tblGrid>
      <w:tr w:rsidR="008139C7" w14:paraId="77949097" w14:textId="77777777" w:rsidTr="001D22A7">
        <w:trPr>
          <w:trHeight w:val="306"/>
        </w:trPr>
        <w:tc>
          <w:tcPr>
            <w:tcW w:w="2355" w:type="dxa"/>
          </w:tcPr>
          <w:p w14:paraId="3CEF6814" w14:textId="77777777" w:rsidR="008139C7" w:rsidRDefault="00000000" w:rsidP="001D22A7">
            <w:pPr>
              <w:jc w:val="both"/>
            </w:pPr>
            <w:r>
              <w:t>Periodo</w:t>
            </w:r>
          </w:p>
        </w:tc>
        <w:tc>
          <w:tcPr>
            <w:tcW w:w="2355" w:type="dxa"/>
          </w:tcPr>
          <w:p w14:paraId="4778980A" w14:textId="77777777" w:rsidR="008139C7" w:rsidRDefault="00000000" w:rsidP="001D22A7">
            <w:pPr>
              <w:jc w:val="both"/>
            </w:pPr>
            <w:r>
              <w:t>Istituzione</w:t>
            </w:r>
          </w:p>
        </w:tc>
        <w:tc>
          <w:tcPr>
            <w:tcW w:w="2355" w:type="dxa"/>
          </w:tcPr>
          <w:p w14:paraId="786D8A20" w14:textId="77777777" w:rsidR="008139C7" w:rsidRDefault="00000000" w:rsidP="001D22A7">
            <w:pPr>
              <w:jc w:val="both"/>
            </w:pPr>
            <w:r>
              <w:t>Paese</w:t>
            </w:r>
          </w:p>
        </w:tc>
        <w:tc>
          <w:tcPr>
            <w:tcW w:w="2355" w:type="dxa"/>
          </w:tcPr>
          <w:p w14:paraId="1D58ED4E" w14:textId="77777777" w:rsidR="008139C7" w:rsidRDefault="00000000" w:rsidP="001D22A7">
            <w:pPr>
              <w:jc w:val="both"/>
            </w:pPr>
            <w:r>
              <w:t>Attività svolta</w:t>
            </w:r>
          </w:p>
        </w:tc>
      </w:tr>
      <w:tr w:rsidR="008139C7" w14:paraId="72E9E145" w14:textId="77777777" w:rsidTr="001D22A7">
        <w:trPr>
          <w:trHeight w:val="318"/>
        </w:trPr>
        <w:tc>
          <w:tcPr>
            <w:tcW w:w="2355" w:type="dxa"/>
          </w:tcPr>
          <w:p w14:paraId="197BE718" w14:textId="77777777" w:rsidR="008139C7" w:rsidRDefault="008139C7" w:rsidP="001D22A7">
            <w:pPr>
              <w:jc w:val="both"/>
            </w:pPr>
          </w:p>
        </w:tc>
        <w:tc>
          <w:tcPr>
            <w:tcW w:w="2355" w:type="dxa"/>
          </w:tcPr>
          <w:p w14:paraId="415D4F79" w14:textId="77777777" w:rsidR="008139C7" w:rsidRDefault="008139C7" w:rsidP="001D22A7">
            <w:pPr>
              <w:jc w:val="both"/>
            </w:pPr>
          </w:p>
        </w:tc>
        <w:tc>
          <w:tcPr>
            <w:tcW w:w="2355" w:type="dxa"/>
          </w:tcPr>
          <w:p w14:paraId="33BEA0EF" w14:textId="77777777" w:rsidR="008139C7" w:rsidRDefault="008139C7" w:rsidP="001D22A7">
            <w:pPr>
              <w:jc w:val="both"/>
            </w:pPr>
          </w:p>
        </w:tc>
        <w:tc>
          <w:tcPr>
            <w:tcW w:w="2355" w:type="dxa"/>
          </w:tcPr>
          <w:p w14:paraId="3330D1B5" w14:textId="77777777" w:rsidR="008139C7" w:rsidRDefault="008139C7" w:rsidP="001D22A7">
            <w:pPr>
              <w:jc w:val="both"/>
            </w:pPr>
          </w:p>
        </w:tc>
      </w:tr>
    </w:tbl>
    <w:p w14:paraId="11741013" w14:textId="77777777" w:rsidR="008139C7" w:rsidRDefault="00000000" w:rsidP="001D22A7">
      <w:pPr>
        <w:pStyle w:val="Titolo2"/>
        <w:jc w:val="both"/>
      </w:pPr>
      <w:r>
        <w:t>A3 – Convegni/workshop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40"/>
        <w:gridCol w:w="3140"/>
        <w:gridCol w:w="3140"/>
      </w:tblGrid>
      <w:tr w:rsidR="008139C7" w14:paraId="477DD192" w14:textId="77777777" w:rsidTr="001D22A7">
        <w:trPr>
          <w:trHeight w:val="296"/>
        </w:trPr>
        <w:tc>
          <w:tcPr>
            <w:tcW w:w="3140" w:type="dxa"/>
          </w:tcPr>
          <w:p w14:paraId="2C99740F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3140" w:type="dxa"/>
          </w:tcPr>
          <w:p w14:paraId="16061E0C" w14:textId="77777777" w:rsidR="008139C7" w:rsidRDefault="00000000" w:rsidP="001D22A7">
            <w:pPr>
              <w:jc w:val="both"/>
            </w:pPr>
            <w:r>
              <w:t>Evento</w:t>
            </w:r>
          </w:p>
        </w:tc>
        <w:tc>
          <w:tcPr>
            <w:tcW w:w="3140" w:type="dxa"/>
          </w:tcPr>
          <w:p w14:paraId="03BB677D" w14:textId="77777777" w:rsidR="008139C7" w:rsidRDefault="00000000" w:rsidP="001D22A7">
            <w:pPr>
              <w:jc w:val="both"/>
            </w:pPr>
            <w:r>
              <w:t>Ruolo</w:t>
            </w:r>
          </w:p>
        </w:tc>
      </w:tr>
      <w:tr w:rsidR="008139C7" w14:paraId="36E02410" w14:textId="77777777" w:rsidTr="001D22A7">
        <w:trPr>
          <w:trHeight w:val="308"/>
        </w:trPr>
        <w:tc>
          <w:tcPr>
            <w:tcW w:w="3140" w:type="dxa"/>
          </w:tcPr>
          <w:p w14:paraId="40DD997E" w14:textId="77777777" w:rsidR="008139C7" w:rsidRDefault="008139C7" w:rsidP="001D22A7">
            <w:pPr>
              <w:jc w:val="both"/>
            </w:pPr>
          </w:p>
        </w:tc>
        <w:tc>
          <w:tcPr>
            <w:tcW w:w="3140" w:type="dxa"/>
          </w:tcPr>
          <w:p w14:paraId="10564D3E" w14:textId="77777777" w:rsidR="008139C7" w:rsidRDefault="008139C7" w:rsidP="001D22A7">
            <w:pPr>
              <w:jc w:val="both"/>
            </w:pPr>
          </w:p>
        </w:tc>
        <w:tc>
          <w:tcPr>
            <w:tcW w:w="3140" w:type="dxa"/>
          </w:tcPr>
          <w:p w14:paraId="59DE0E87" w14:textId="77777777" w:rsidR="008139C7" w:rsidRDefault="008139C7" w:rsidP="001D22A7">
            <w:pPr>
              <w:jc w:val="both"/>
            </w:pPr>
          </w:p>
        </w:tc>
      </w:tr>
    </w:tbl>
    <w:p w14:paraId="4FD45D8B" w14:textId="77777777" w:rsidR="008139C7" w:rsidRDefault="00000000" w:rsidP="001D22A7">
      <w:pPr>
        <w:pStyle w:val="Titolo2"/>
        <w:jc w:val="both"/>
      </w:pPr>
      <w:r>
        <w:t>A3 – Premi/riconoscimenti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47"/>
        <w:gridCol w:w="3147"/>
        <w:gridCol w:w="3147"/>
      </w:tblGrid>
      <w:tr w:rsidR="008139C7" w14:paraId="15A3D7BF" w14:textId="77777777" w:rsidTr="001D22A7">
        <w:trPr>
          <w:trHeight w:val="282"/>
        </w:trPr>
        <w:tc>
          <w:tcPr>
            <w:tcW w:w="3147" w:type="dxa"/>
          </w:tcPr>
          <w:p w14:paraId="21156E45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3147" w:type="dxa"/>
          </w:tcPr>
          <w:p w14:paraId="4E341F90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3147" w:type="dxa"/>
          </w:tcPr>
          <w:p w14:paraId="40ABB0A1" w14:textId="77777777" w:rsidR="008139C7" w:rsidRDefault="00000000" w:rsidP="001D22A7">
            <w:pPr>
              <w:jc w:val="both"/>
            </w:pPr>
            <w:r>
              <w:t>Ente</w:t>
            </w:r>
          </w:p>
        </w:tc>
      </w:tr>
      <w:tr w:rsidR="008139C7" w14:paraId="271DC5C4" w14:textId="77777777" w:rsidTr="001D22A7">
        <w:trPr>
          <w:trHeight w:val="293"/>
        </w:trPr>
        <w:tc>
          <w:tcPr>
            <w:tcW w:w="3147" w:type="dxa"/>
          </w:tcPr>
          <w:p w14:paraId="49988A43" w14:textId="77777777" w:rsidR="008139C7" w:rsidRDefault="008139C7" w:rsidP="001D22A7">
            <w:pPr>
              <w:jc w:val="both"/>
            </w:pPr>
          </w:p>
        </w:tc>
        <w:tc>
          <w:tcPr>
            <w:tcW w:w="3147" w:type="dxa"/>
          </w:tcPr>
          <w:p w14:paraId="7BFCF7F0" w14:textId="77777777" w:rsidR="008139C7" w:rsidRDefault="008139C7" w:rsidP="001D22A7">
            <w:pPr>
              <w:jc w:val="both"/>
            </w:pPr>
          </w:p>
        </w:tc>
        <w:tc>
          <w:tcPr>
            <w:tcW w:w="3147" w:type="dxa"/>
          </w:tcPr>
          <w:p w14:paraId="32C0BCF5" w14:textId="77777777" w:rsidR="008139C7" w:rsidRDefault="008139C7" w:rsidP="001D22A7">
            <w:pPr>
              <w:jc w:val="both"/>
            </w:pPr>
          </w:p>
        </w:tc>
      </w:tr>
    </w:tbl>
    <w:p w14:paraId="77DE2DFD" w14:textId="1AB63CB6" w:rsidR="00B117F7" w:rsidRDefault="00B117F7" w:rsidP="00B117F7">
      <w:pPr>
        <w:pStyle w:val="Titolo2"/>
        <w:jc w:val="both"/>
      </w:pPr>
      <w:r>
        <w:t xml:space="preserve">A3 – </w:t>
      </w:r>
      <w:r>
        <w:t>Altro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5"/>
        <w:gridCol w:w="2559"/>
        <w:gridCol w:w="2343"/>
        <w:gridCol w:w="2206"/>
      </w:tblGrid>
      <w:tr w:rsidR="003C3DC0" w14:paraId="7BF2B37F" w14:textId="25690C55" w:rsidTr="003C3DC0">
        <w:trPr>
          <w:trHeight w:val="282"/>
        </w:trPr>
        <w:tc>
          <w:tcPr>
            <w:tcW w:w="2365" w:type="dxa"/>
          </w:tcPr>
          <w:p w14:paraId="219741D7" w14:textId="77777777" w:rsidR="003C3DC0" w:rsidRDefault="003C3DC0" w:rsidP="00B0153B">
            <w:pPr>
              <w:jc w:val="both"/>
            </w:pPr>
            <w:r>
              <w:t>Anno</w:t>
            </w:r>
          </w:p>
        </w:tc>
        <w:tc>
          <w:tcPr>
            <w:tcW w:w="2559" w:type="dxa"/>
          </w:tcPr>
          <w:p w14:paraId="42C5A38E" w14:textId="3D28860A" w:rsidR="003C3DC0" w:rsidRDefault="003C3DC0" w:rsidP="00B0153B">
            <w:pPr>
              <w:jc w:val="both"/>
            </w:pPr>
            <w:r>
              <w:t>Descrizione attività</w:t>
            </w:r>
          </w:p>
        </w:tc>
        <w:tc>
          <w:tcPr>
            <w:tcW w:w="2343" w:type="dxa"/>
          </w:tcPr>
          <w:p w14:paraId="33205F3F" w14:textId="77777777" w:rsidR="003C3DC0" w:rsidRDefault="003C3DC0" w:rsidP="00B0153B">
            <w:pPr>
              <w:jc w:val="both"/>
            </w:pPr>
            <w:r>
              <w:t>Ente</w:t>
            </w:r>
          </w:p>
        </w:tc>
        <w:tc>
          <w:tcPr>
            <w:tcW w:w="2206" w:type="dxa"/>
          </w:tcPr>
          <w:p w14:paraId="4A0AD5A5" w14:textId="280D90AA" w:rsidR="003C3DC0" w:rsidRDefault="003C3DC0" w:rsidP="00B0153B">
            <w:pPr>
              <w:jc w:val="both"/>
            </w:pPr>
            <w:r>
              <w:t>Ruolo</w:t>
            </w:r>
          </w:p>
        </w:tc>
      </w:tr>
      <w:tr w:rsidR="003C3DC0" w14:paraId="76ADA666" w14:textId="04022A86" w:rsidTr="003C3DC0">
        <w:trPr>
          <w:trHeight w:val="293"/>
        </w:trPr>
        <w:tc>
          <w:tcPr>
            <w:tcW w:w="2365" w:type="dxa"/>
          </w:tcPr>
          <w:p w14:paraId="28DD1782" w14:textId="77777777" w:rsidR="003C3DC0" w:rsidRDefault="003C3DC0" w:rsidP="00B0153B">
            <w:pPr>
              <w:jc w:val="both"/>
            </w:pPr>
          </w:p>
        </w:tc>
        <w:tc>
          <w:tcPr>
            <w:tcW w:w="2559" w:type="dxa"/>
          </w:tcPr>
          <w:p w14:paraId="44DBA02E" w14:textId="77777777" w:rsidR="003C3DC0" w:rsidRDefault="003C3DC0" w:rsidP="00B0153B">
            <w:pPr>
              <w:jc w:val="both"/>
            </w:pPr>
          </w:p>
        </w:tc>
        <w:tc>
          <w:tcPr>
            <w:tcW w:w="2343" w:type="dxa"/>
          </w:tcPr>
          <w:p w14:paraId="389CE944" w14:textId="77777777" w:rsidR="003C3DC0" w:rsidRDefault="003C3DC0" w:rsidP="00B0153B">
            <w:pPr>
              <w:jc w:val="both"/>
            </w:pPr>
          </w:p>
        </w:tc>
        <w:tc>
          <w:tcPr>
            <w:tcW w:w="2206" w:type="dxa"/>
          </w:tcPr>
          <w:p w14:paraId="622613BF" w14:textId="77777777" w:rsidR="003C3DC0" w:rsidRDefault="003C3DC0" w:rsidP="00B0153B">
            <w:pPr>
              <w:jc w:val="both"/>
            </w:pPr>
          </w:p>
        </w:tc>
      </w:tr>
    </w:tbl>
    <w:p w14:paraId="4854CA35" w14:textId="77777777" w:rsidR="00B117F7" w:rsidRDefault="00B117F7" w:rsidP="001D22A7">
      <w:pPr>
        <w:pStyle w:val="Titolo2"/>
        <w:jc w:val="both"/>
      </w:pPr>
    </w:p>
    <w:p w14:paraId="6AC4F04A" w14:textId="4BCB10EA" w:rsidR="0005252C" w:rsidRDefault="0005252C" w:rsidP="001D22A7">
      <w:pPr>
        <w:pStyle w:val="Titolo2"/>
        <w:jc w:val="both"/>
      </w:pPr>
      <w:r>
        <w:t>A</w:t>
      </w:r>
      <w:r w:rsidR="00CF0B17">
        <w:t>4 – Pubblicazioni scientifiche:</w:t>
      </w:r>
    </w:p>
    <w:p w14:paraId="546B21B0" w14:textId="6C00CEA0" w:rsidR="003425EC" w:rsidRPr="003425EC" w:rsidRDefault="003425EC" w:rsidP="00AE0072">
      <w:pPr>
        <w:jc w:val="both"/>
      </w:pPr>
      <w:r>
        <w:t>(</w:t>
      </w:r>
      <w:r>
        <w:rPr>
          <w:color w:val="000000"/>
          <w:sz w:val="18"/>
          <w:szCs w:val="18"/>
        </w:rPr>
        <w:t>Numero, qualità e impatto delle pubblicazioni</w:t>
      </w:r>
      <w:r w:rsidR="002D6D53">
        <w:rPr>
          <w:color w:val="000000"/>
          <w:sz w:val="18"/>
          <w:szCs w:val="18"/>
        </w:rPr>
        <w:t>. A</w:t>
      </w:r>
      <w:r>
        <w:rPr>
          <w:color w:val="000000"/>
          <w:sz w:val="18"/>
          <w:szCs w:val="18"/>
        </w:rPr>
        <w:t xml:space="preserve"> titolo esemplificativo: collocazione editoriale, citazioni, pertinenza con il Settore Scientifico-Disciplinare dell'insegnamento, con particolare riguardo alla produzione scientifica degli ultimi cinque anni</w:t>
      </w:r>
      <w:r>
        <w:t>)</w:t>
      </w:r>
    </w:p>
    <w:p w14:paraId="3C38C3F9" w14:textId="49D0CFE9" w:rsidR="008139C7" w:rsidRDefault="00000000" w:rsidP="001D22A7">
      <w:pPr>
        <w:pStyle w:val="Titolo2"/>
        <w:jc w:val="both"/>
      </w:pPr>
      <w:r>
        <w:t>A4 – Monografie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0"/>
        <w:gridCol w:w="2360"/>
        <w:gridCol w:w="2360"/>
        <w:gridCol w:w="2360"/>
      </w:tblGrid>
      <w:tr w:rsidR="008139C7" w14:paraId="086DE9C5" w14:textId="77777777" w:rsidTr="001D22A7">
        <w:trPr>
          <w:trHeight w:val="245"/>
        </w:trPr>
        <w:tc>
          <w:tcPr>
            <w:tcW w:w="2360" w:type="dxa"/>
          </w:tcPr>
          <w:p w14:paraId="68C30424" w14:textId="77777777" w:rsidR="008139C7" w:rsidRDefault="00000000" w:rsidP="001D22A7">
            <w:pPr>
              <w:jc w:val="both"/>
            </w:pPr>
            <w:r>
              <w:t>Autori</w:t>
            </w:r>
          </w:p>
        </w:tc>
        <w:tc>
          <w:tcPr>
            <w:tcW w:w="2360" w:type="dxa"/>
          </w:tcPr>
          <w:p w14:paraId="1C82CD5F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2360" w:type="dxa"/>
          </w:tcPr>
          <w:p w14:paraId="610D6564" w14:textId="77777777" w:rsidR="008139C7" w:rsidRDefault="00000000" w:rsidP="001D22A7">
            <w:pPr>
              <w:jc w:val="both"/>
            </w:pPr>
            <w:r>
              <w:t>Editore</w:t>
            </w:r>
          </w:p>
        </w:tc>
        <w:tc>
          <w:tcPr>
            <w:tcW w:w="2360" w:type="dxa"/>
          </w:tcPr>
          <w:p w14:paraId="59F789CA" w14:textId="77777777" w:rsidR="008139C7" w:rsidRDefault="00000000" w:rsidP="001D22A7">
            <w:pPr>
              <w:jc w:val="both"/>
            </w:pPr>
            <w:r>
              <w:t>Anno</w:t>
            </w:r>
          </w:p>
        </w:tc>
      </w:tr>
      <w:tr w:rsidR="008139C7" w14:paraId="5245DABE" w14:textId="77777777" w:rsidTr="001D22A7">
        <w:trPr>
          <w:trHeight w:val="254"/>
        </w:trPr>
        <w:tc>
          <w:tcPr>
            <w:tcW w:w="2360" w:type="dxa"/>
          </w:tcPr>
          <w:p w14:paraId="7BADE6CE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597C6E89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15A967CC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1EFFB169" w14:textId="77777777" w:rsidR="008139C7" w:rsidRDefault="008139C7" w:rsidP="001D22A7">
            <w:pPr>
              <w:jc w:val="both"/>
            </w:pPr>
          </w:p>
        </w:tc>
      </w:tr>
    </w:tbl>
    <w:p w14:paraId="5CE57D71" w14:textId="77777777" w:rsidR="008139C7" w:rsidRDefault="00000000" w:rsidP="001D22A7">
      <w:pPr>
        <w:pStyle w:val="Titolo2"/>
        <w:jc w:val="both"/>
      </w:pPr>
      <w:r>
        <w:lastRenderedPageBreak/>
        <w:t>A4 – Articoli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86"/>
        <w:gridCol w:w="1886"/>
        <w:gridCol w:w="1886"/>
        <w:gridCol w:w="1886"/>
        <w:gridCol w:w="1886"/>
      </w:tblGrid>
      <w:tr w:rsidR="008139C7" w14:paraId="4A93E2F2" w14:textId="77777777" w:rsidTr="001D22A7">
        <w:trPr>
          <w:trHeight w:val="292"/>
        </w:trPr>
        <w:tc>
          <w:tcPr>
            <w:tcW w:w="1886" w:type="dxa"/>
          </w:tcPr>
          <w:p w14:paraId="6B0A50C2" w14:textId="77777777" w:rsidR="008139C7" w:rsidRDefault="00000000" w:rsidP="001D22A7">
            <w:pPr>
              <w:jc w:val="both"/>
            </w:pPr>
            <w:r>
              <w:t>Autori</w:t>
            </w:r>
          </w:p>
        </w:tc>
        <w:tc>
          <w:tcPr>
            <w:tcW w:w="1886" w:type="dxa"/>
          </w:tcPr>
          <w:p w14:paraId="05C91439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1886" w:type="dxa"/>
          </w:tcPr>
          <w:p w14:paraId="0E1977FF" w14:textId="77777777" w:rsidR="008139C7" w:rsidRDefault="00000000" w:rsidP="001D22A7">
            <w:pPr>
              <w:jc w:val="both"/>
            </w:pPr>
            <w:r>
              <w:t>Rivista</w:t>
            </w:r>
          </w:p>
        </w:tc>
        <w:tc>
          <w:tcPr>
            <w:tcW w:w="1886" w:type="dxa"/>
          </w:tcPr>
          <w:p w14:paraId="021D2857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1886" w:type="dxa"/>
          </w:tcPr>
          <w:p w14:paraId="33A135A6" w14:textId="77777777" w:rsidR="008139C7" w:rsidRDefault="00000000" w:rsidP="001D22A7">
            <w:pPr>
              <w:jc w:val="both"/>
            </w:pPr>
            <w:r>
              <w:t>DOI/ISSN</w:t>
            </w:r>
          </w:p>
        </w:tc>
      </w:tr>
      <w:tr w:rsidR="008139C7" w14:paraId="2E01693F" w14:textId="77777777" w:rsidTr="001D22A7">
        <w:trPr>
          <w:trHeight w:val="303"/>
        </w:trPr>
        <w:tc>
          <w:tcPr>
            <w:tcW w:w="1886" w:type="dxa"/>
          </w:tcPr>
          <w:p w14:paraId="26762CE4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1EA4EB8A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37ECD643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13E4ACF9" w14:textId="77777777" w:rsidR="008139C7" w:rsidRDefault="008139C7" w:rsidP="001D22A7">
            <w:pPr>
              <w:jc w:val="both"/>
            </w:pPr>
          </w:p>
        </w:tc>
        <w:tc>
          <w:tcPr>
            <w:tcW w:w="1886" w:type="dxa"/>
          </w:tcPr>
          <w:p w14:paraId="46CC7DC2" w14:textId="77777777" w:rsidR="008139C7" w:rsidRDefault="008139C7" w:rsidP="001D22A7">
            <w:pPr>
              <w:jc w:val="both"/>
            </w:pPr>
          </w:p>
        </w:tc>
      </w:tr>
    </w:tbl>
    <w:p w14:paraId="072F73B3" w14:textId="77777777" w:rsidR="008139C7" w:rsidRDefault="00000000" w:rsidP="001D22A7">
      <w:pPr>
        <w:pStyle w:val="Titolo2"/>
        <w:jc w:val="both"/>
      </w:pPr>
      <w:r>
        <w:t>A4 – Contributi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0"/>
        <w:gridCol w:w="2360"/>
        <w:gridCol w:w="2360"/>
        <w:gridCol w:w="2360"/>
      </w:tblGrid>
      <w:tr w:rsidR="008139C7" w14:paraId="01EAD63F" w14:textId="77777777" w:rsidTr="001D22A7">
        <w:trPr>
          <w:trHeight w:val="259"/>
        </w:trPr>
        <w:tc>
          <w:tcPr>
            <w:tcW w:w="2360" w:type="dxa"/>
          </w:tcPr>
          <w:p w14:paraId="42765D63" w14:textId="77777777" w:rsidR="008139C7" w:rsidRDefault="00000000" w:rsidP="001D22A7">
            <w:pPr>
              <w:jc w:val="both"/>
            </w:pPr>
            <w:r>
              <w:t>Autori</w:t>
            </w:r>
          </w:p>
        </w:tc>
        <w:tc>
          <w:tcPr>
            <w:tcW w:w="2360" w:type="dxa"/>
          </w:tcPr>
          <w:p w14:paraId="51E9841E" w14:textId="77777777" w:rsidR="008139C7" w:rsidRDefault="00000000" w:rsidP="001D22A7">
            <w:pPr>
              <w:jc w:val="both"/>
            </w:pPr>
            <w:r>
              <w:t>Titolo</w:t>
            </w:r>
          </w:p>
        </w:tc>
        <w:tc>
          <w:tcPr>
            <w:tcW w:w="2360" w:type="dxa"/>
          </w:tcPr>
          <w:p w14:paraId="067E54FC" w14:textId="77777777" w:rsidR="008139C7" w:rsidRDefault="00000000" w:rsidP="001D22A7">
            <w:pPr>
              <w:jc w:val="both"/>
            </w:pPr>
            <w:r>
              <w:t>Volume/Convegno</w:t>
            </w:r>
          </w:p>
        </w:tc>
        <w:tc>
          <w:tcPr>
            <w:tcW w:w="2360" w:type="dxa"/>
          </w:tcPr>
          <w:p w14:paraId="378EF21B" w14:textId="77777777" w:rsidR="008139C7" w:rsidRDefault="00000000" w:rsidP="001D22A7">
            <w:pPr>
              <w:jc w:val="both"/>
            </w:pPr>
            <w:r>
              <w:t>Anno</w:t>
            </w:r>
          </w:p>
        </w:tc>
      </w:tr>
      <w:tr w:rsidR="008139C7" w14:paraId="7EA815E2" w14:textId="77777777" w:rsidTr="001D22A7">
        <w:trPr>
          <w:trHeight w:val="269"/>
        </w:trPr>
        <w:tc>
          <w:tcPr>
            <w:tcW w:w="2360" w:type="dxa"/>
          </w:tcPr>
          <w:p w14:paraId="2929D999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458D8A97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620AA2B0" w14:textId="77777777" w:rsidR="008139C7" w:rsidRDefault="008139C7" w:rsidP="001D22A7">
            <w:pPr>
              <w:jc w:val="both"/>
            </w:pPr>
          </w:p>
        </w:tc>
        <w:tc>
          <w:tcPr>
            <w:tcW w:w="2360" w:type="dxa"/>
          </w:tcPr>
          <w:p w14:paraId="4D101FFD" w14:textId="77777777" w:rsidR="008139C7" w:rsidRDefault="008139C7" w:rsidP="001D22A7">
            <w:pPr>
              <w:jc w:val="both"/>
            </w:pPr>
          </w:p>
        </w:tc>
      </w:tr>
    </w:tbl>
    <w:p w14:paraId="51ADA3F9" w14:textId="24F793A7" w:rsidR="001943A8" w:rsidRDefault="001943A8" w:rsidP="001D22A7">
      <w:pPr>
        <w:pStyle w:val="Titolo2"/>
        <w:jc w:val="both"/>
      </w:pPr>
      <w:r>
        <w:t xml:space="preserve">SEZIONE B: </w:t>
      </w:r>
      <w:r w:rsidR="00392EB0" w:rsidRPr="00392EB0">
        <w:t>Attività didattica, di supporto alla didattica ed esperienza professionale</w:t>
      </w:r>
    </w:p>
    <w:p w14:paraId="115C6B4D" w14:textId="49AECAFA" w:rsidR="008139C7" w:rsidRDefault="00000000" w:rsidP="001D22A7">
      <w:pPr>
        <w:pStyle w:val="Titolo2"/>
        <w:jc w:val="both"/>
      </w:pPr>
      <w:r>
        <w:t>B1 – Precedenti incarichi di insegnamento</w:t>
      </w:r>
    </w:p>
    <w:p w14:paraId="04B3342A" w14:textId="465F952F" w:rsidR="00C4516B" w:rsidRPr="00C4516B" w:rsidRDefault="00C4516B" w:rsidP="00C4516B">
      <w:r>
        <w:t>(</w:t>
      </w:r>
      <w:r>
        <w:rPr>
          <w:color w:val="000000"/>
          <w:sz w:val="18"/>
          <w:szCs w:val="18"/>
        </w:rPr>
        <w:t>Numero di insegnamenti svolti, livello del corso (Laurea/Laurea Magistrale), pertinenza con il Settore Scientifico-Disciplinare dell'insegnamento e, ove disponibili, esiti delle valutazioni espresse dagli studenti</w:t>
      </w:r>
      <w: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9"/>
        <w:gridCol w:w="1286"/>
        <w:gridCol w:w="1286"/>
        <w:gridCol w:w="1622"/>
        <w:gridCol w:w="1286"/>
        <w:gridCol w:w="1286"/>
        <w:gridCol w:w="1286"/>
      </w:tblGrid>
      <w:tr w:rsidR="008139C7" w14:paraId="1E216280" w14:textId="77777777" w:rsidTr="001D22A7">
        <w:trPr>
          <w:trHeight w:val="549"/>
        </w:trPr>
        <w:tc>
          <w:tcPr>
            <w:tcW w:w="1399" w:type="dxa"/>
          </w:tcPr>
          <w:p w14:paraId="218D278A" w14:textId="77777777" w:rsidR="008139C7" w:rsidRDefault="00000000" w:rsidP="001D22A7">
            <w:pPr>
              <w:jc w:val="both"/>
            </w:pPr>
            <w:r>
              <w:t>Anno Accademico</w:t>
            </w:r>
          </w:p>
        </w:tc>
        <w:tc>
          <w:tcPr>
            <w:tcW w:w="1286" w:type="dxa"/>
          </w:tcPr>
          <w:p w14:paraId="3F32A64F" w14:textId="77777777" w:rsidR="008139C7" w:rsidRDefault="00000000" w:rsidP="001D22A7">
            <w:pPr>
              <w:jc w:val="both"/>
            </w:pPr>
            <w:r>
              <w:t>Ateneo</w:t>
            </w:r>
          </w:p>
        </w:tc>
        <w:tc>
          <w:tcPr>
            <w:tcW w:w="1286" w:type="dxa"/>
          </w:tcPr>
          <w:p w14:paraId="152301FD" w14:textId="77777777" w:rsidR="008139C7" w:rsidRDefault="00000000" w:rsidP="001D22A7">
            <w:pPr>
              <w:jc w:val="both"/>
            </w:pPr>
            <w:r>
              <w:t>Corso di Studio</w:t>
            </w:r>
          </w:p>
        </w:tc>
        <w:tc>
          <w:tcPr>
            <w:tcW w:w="1622" w:type="dxa"/>
          </w:tcPr>
          <w:p w14:paraId="7B0FFFDA" w14:textId="77777777" w:rsidR="008139C7" w:rsidRDefault="00000000" w:rsidP="001D22A7">
            <w:pPr>
              <w:jc w:val="both"/>
            </w:pPr>
            <w:r>
              <w:t>Insegnamento</w:t>
            </w:r>
          </w:p>
        </w:tc>
        <w:tc>
          <w:tcPr>
            <w:tcW w:w="1286" w:type="dxa"/>
          </w:tcPr>
          <w:p w14:paraId="2FD75032" w14:textId="77777777" w:rsidR="008139C7" w:rsidRDefault="00000000" w:rsidP="001D22A7">
            <w:pPr>
              <w:jc w:val="both"/>
            </w:pPr>
            <w:r>
              <w:t>SSD</w:t>
            </w:r>
          </w:p>
        </w:tc>
        <w:tc>
          <w:tcPr>
            <w:tcW w:w="1286" w:type="dxa"/>
          </w:tcPr>
          <w:p w14:paraId="722C6DB2" w14:textId="77777777" w:rsidR="008139C7" w:rsidRDefault="00000000" w:rsidP="001D22A7">
            <w:pPr>
              <w:jc w:val="both"/>
            </w:pPr>
            <w:r>
              <w:t>CFU</w:t>
            </w:r>
          </w:p>
        </w:tc>
        <w:tc>
          <w:tcPr>
            <w:tcW w:w="1286" w:type="dxa"/>
          </w:tcPr>
          <w:p w14:paraId="2D793635" w14:textId="77777777" w:rsidR="008139C7" w:rsidRDefault="00000000" w:rsidP="001D22A7">
            <w:pPr>
              <w:jc w:val="both"/>
            </w:pPr>
            <w:r>
              <w:t>Ore</w:t>
            </w:r>
          </w:p>
        </w:tc>
      </w:tr>
      <w:tr w:rsidR="008139C7" w14:paraId="160564AB" w14:textId="77777777" w:rsidTr="001D22A7">
        <w:trPr>
          <w:trHeight w:val="270"/>
        </w:trPr>
        <w:tc>
          <w:tcPr>
            <w:tcW w:w="1399" w:type="dxa"/>
          </w:tcPr>
          <w:p w14:paraId="01CC9AC6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215A6257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237B773B" w14:textId="77777777" w:rsidR="008139C7" w:rsidRDefault="008139C7" w:rsidP="001D22A7">
            <w:pPr>
              <w:jc w:val="both"/>
            </w:pPr>
          </w:p>
        </w:tc>
        <w:tc>
          <w:tcPr>
            <w:tcW w:w="1622" w:type="dxa"/>
          </w:tcPr>
          <w:p w14:paraId="5299D1D2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721358C0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6B40BA6E" w14:textId="77777777" w:rsidR="008139C7" w:rsidRDefault="008139C7" w:rsidP="001D22A7">
            <w:pPr>
              <w:jc w:val="both"/>
            </w:pPr>
          </w:p>
        </w:tc>
        <w:tc>
          <w:tcPr>
            <w:tcW w:w="1286" w:type="dxa"/>
          </w:tcPr>
          <w:p w14:paraId="2D3CF164" w14:textId="77777777" w:rsidR="008139C7" w:rsidRDefault="008139C7" w:rsidP="001D22A7">
            <w:pPr>
              <w:jc w:val="both"/>
            </w:pPr>
          </w:p>
        </w:tc>
      </w:tr>
    </w:tbl>
    <w:p w14:paraId="03D2F99B" w14:textId="021D29F5" w:rsidR="00F16651" w:rsidRDefault="00000000" w:rsidP="001D22A7">
      <w:pPr>
        <w:pStyle w:val="Titolo2"/>
        <w:jc w:val="both"/>
      </w:pPr>
      <w:r>
        <w:t xml:space="preserve">B2 – </w:t>
      </w:r>
      <w:r w:rsidR="00C86A73" w:rsidRPr="00C86A73">
        <w:t>Attività di supporto alla didattica</w:t>
      </w:r>
      <w:r w:rsidR="00C86A73">
        <w:t>:</w:t>
      </w:r>
    </w:p>
    <w:p w14:paraId="1A888162" w14:textId="783CE41C" w:rsidR="00C86A73" w:rsidRPr="00C86A73" w:rsidRDefault="00B3671D" w:rsidP="00C86A73">
      <w:r>
        <w:t>(</w:t>
      </w:r>
      <w:r>
        <w:rPr>
          <w:color w:val="000000"/>
          <w:sz w:val="18"/>
          <w:szCs w:val="18"/>
        </w:rPr>
        <w:t>Supervisione di tesi di laurea, attività di tutorato, partecipazione a commissioni di esame di profitto o di laurea</w:t>
      </w:r>
      <w:r>
        <w:t>)</w:t>
      </w:r>
    </w:p>
    <w:p w14:paraId="67F3B7B4" w14:textId="7E30BA46" w:rsidR="008139C7" w:rsidRDefault="008C064E" w:rsidP="001D22A7">
      <w:pPr>
        <w:pStyle w:val="Titolo2"/>
        <w:jc w:val="both"/>
      </w:pPr>
      <w:r>
        <w:t xml:space="preserve">B2 - </w:t>
      </w:r>
      <w:r w:rsidR="00000000">
        <w:t>Supervisione tesi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</w:tblGrid>
      <w:tr w:rsidR="008139C7" w14:paraId="19E58A68" w14:textId="77777777" w:rsidTr="001D22A7">
        <w:trPr>
          <w:trHeight w:val="287"/>
        </w:trPr>
        <w:tc>
          <w:tcPr>
            <w:tcW w:w="2362" w:type="dxa"/>
          </w:tcPr>
          <w:p w14:paraId="0BDB6E74" w14:textId="77777777" w:rsidR="008139C7" w:rsidRDefault="00000000" w:rsidP="001D22A7">
            <w:pPr>
              <w:jc w:val="both"/>
            </w:pPr>
            <w:r>
              <w:t>Anno</w:t>
            </w:r>
          </w:p>
        </w:tc>
        <w:tc>
          <w:tcPr>
            <w:tcW w:w="2362" w:type="dxa"/>
          </w:tcPr>
          <w:p w14:paraId="7C29077E" w14:textId="77777777" w:rsidR="008139C7" w:rsidRDefault="00000000" w:rsidP="001D22A7">
            <w:pPr>
              <w:jc w:val="both"/>
            </w:pPr>
            <w:r>
              <w:t>Corso di Studio</w:t>
            </w:r>
          </w:p>
        </w:tc>
        <w:tc>
          <w:tcPr>
            <w:tcW w:w="2362" w:type="dxa"/>
          </w:tcPr>
          <w:p w14:paraId="4D11652F" w14:textId="77777777" w:rsidR="008139C7" w:rsidRDefault="00000000" w:rsidP="001D22A7">
            <w:pPr>
              <w:jc w:val="both"/>
            </w:pPr>
            <w:r>
              <w:t>Numero tesi</w:t>
            </w:r>
          </w:p>
        </w:tc>
        <w:tc>
          <w:tcPr>
            <w:tcW w:w="2362" w:type="dxa"/>
          </w:tcPr>
          <w:p w14:paraId="2F639205" w14:textId="77777777" w:rsidR="008139C7" w:rsidRDefault="00000000" w:rsidP="001D22A7">
            <w:pPr>
              <w:jc w:val="both"/>
            </w:pPr>
            <w:r>
              <w:t>Ruolo</w:t>
            </w:r>
          </w:p>
        </w:tc>
      </w:tr>
      <w:tr w:rsidR="008139C7" w14:paraId="10B8A3F0" w14:textId="77777777" w:rsidTr="001D22A7">
        <w:trPr>
          <w:trHeight w:val="298"/>
        </w:trPr>
        <w:tc>
          <w:tcPr>
            <w:tcW w:w="2362" w:type="dxa"/>
          </w:tcPr>
          <w:p w14:paraId="15FB814A" w14:textId="77777777" w:rsidR="008139C7" w:rsidRDefault="008139C7" w:rsidP="001D22A7">
            <w:pPr>
              <w:jc w:val="both"/>
            </w:pPr>
          </w:p>
        </w:tc>
        <w:tc>
          <w:tcPr>
            <w:tcW w:w="2362" w:type="dxa"/>
          </w:tcPr>
          <w:p w14:paraId="6C9BAEA0" w14:textId="77777777" w:rsidR="008139C7" w:rsidRDefault="008139C7" w:rsidP="001D22A7">
            <w:pPr>
              <w:jc w:val="both"/>
            </w:pPr>
          </w:p>
        </w:tc>
        <w:tc>
          <w:tcPr>
            <w:tcW w:w="2362" w:type="dxa"/>
          </w:tcPr>
          <w:p w14:paraId="2B87198D" w14:textId="77777777" w:rsidR="008139C7" w:rsidRDefault="008139C7" w:rsidP="001D22A7">
            <w:pPr>
              <w:jc w:val="both"/>
            </w:pPr>
          </w:p>
        </w:tc>
        <w:tc>
          <w:tcPr>
            <w:tcW w:w="2362" w:type="dxa"/>
          </w:tcPr>
          <w:p w14:paraId="78EBFF93" w14:textId="77777777" w:rsidR="008139C7" w:rsidRDefault="008139C7" w:rsidP="001D22A7">
            <w:pPr>
              <w:jc w:val="both"/>
            </w:pPr>
          </w:p>
        </w:tc>
      </w:tr>
    </w:tbl>
    <w:p w14:paraId="1675F9A5" w14:textId="77777777" w:rsidR="008139C7" w:rsidRDefault="00000000" w:rsidP="001D22A7">
      <w:pPr>
        <w:pStyle w:val="Titolo2"/>
        <w:jc w:val="both"/>
      </w:pPr>
      <w:r>
        <w:t>B2 – Tutorato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50"/>
        <w:gridCol w:w="3150"/>
        <w:gridCol w:w="3150"/>
      </w:tblGrid>
      <w:tr w:rsidR="008139C7" w14:paraId="27AA2691" w14:textId="77777777" w:rsidTr="001D22A7">
        <w:trPr>
          <w:trHeight w:val="311"/>
        </w:trPr>
        <w:tc>
          <w:tcPr>
            <w:tcW w:w="3150" w:type="dxa"/>
          </w:tcPr>
          <w:p w14:paraId="46F6DF0C" w14:textId="77777777" w:rsidR="008139C7" w:rsidRDefault="00000000" w:rsidP="001D22A7">
            <w:pPr>
              <w:jc w:val="both"/>
            </w:pPr>
            <w:r>
              <w:t>Periodo</w:t>
            </w:r>
          </w:p>
        </w:tc>
        <w:tc>
          <w:tcPr>
            <w:tcW w:w="3150" w:type="dxa"/>
          </w:tcPr>
          <w:p w14:paraId="07D79A5E" w14:textId="77777777" w:rsidR="008139C7" w:rsidRDefault="00000000" w:rsidP="001D22A7">
            <w:pPr>
              <w:jc w:val="both"/>
            </w:pPr>
            <w:r>
              <w:t>Attività</w:t>
            </w:r>
          </w:p>
        </w:tc>
        <w:tc>
          <w:tcPr>
            <w:tcW w:w="3150" w:type="dxa"/>
          </w:tcPr>
          <w:p w14:paraId="7549B4CE" w14:textId="77777777" w:rsidR="008139C7" w:rsidRDefault="00000000" w:rsidP="001D22A7">
            <w:pPr>
              <w:jc w:val="both"/>
            </w:pPr>
            <w:r>
              <w:t>Ateneo</w:t>
            </w:r>
          </w:p>
        </w:tc>
      </w:tr>
      <w:tr w:rsidR="008139C7" w14:paraId="061AAFDA" w14:textId="77777777" w:rsidTr="001D22A7">
        <w:trPr>
          <w:trHeight w:val="323"/>
        </w:trPr>
        <w:tc>
          <w:tcPr>
            <w:tcW w:w="3150" w:type="dxa"/>
          </w:tcPr>
          <w:p w14:paraId="45965986" w14:textId="77777777" w:rsidR="008139C7" w:rsidRDefault="008139C7" w:rsidP="001D22A7">
            <w:pPr>
              <w:jc w:val="both"/>
            </w:pPr>
          </w:p>
        </w:tc>
        <w:tc>
          <w:tcPr>
            <w:tcW w:w="3150" w:type="dxa"/>
          </w:tcPr>
          <w:p w14:paraId="33F54325" w14:textId="77777777" w:rsidR="008139C7" w:rsidRDefault="008139C7" w:rsidP="001D22A7">
            <w:pPr>
              <w:jc w:val="both"/>
            </w:pPr>
          </w:p>
        </w:tc>
        <w:tc>
          <w:tcPr>
            <w:tcW w:w="3150" w:type="dxa"/>
          </w:tcPr>
          <w:p w14:paraId="631DB7A2" w14:textId="77777777" w:rsidR="008139C7" w:rsidRDefault="008139C7" w:rsidP="001D22A7">
            <w:pPr>
              <w:jc w:val="both"/>
            </w:pPr>
          </w:p>
        </w:tc>
      </w:tr>
    </w:tbl>
    <w:p w14:paraId="48D8E42F" w14:textId="77777777" w:rsidR="008139C7" w:rsidRDefault="00000000" w:rsidP="001D22A7">
      <w:pPr>
        <w:pStyle w:val="Titolo2"/>
        <w:jc w:val="both"/>
      </w:pPr>
      <w:r>
        <w:t>B2 – Commissioni</w:t>
      </w:r>
    </w:p>
    <w:tbl>
      <w:tblPr>
        <w:tblStyle w:val="Grigliatabella"/>
        <w:tblW w:w="9510" w:type="dxa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8139C7" w14:paraId="651661B3" w14:textId="77777777" w:rsidTr="006F64E0">
        <w:trPr>
          <w:trHeight w:val="267"/>
        </w:trPr>
        <w:tc>
          <w:tcPr>
            <w:tcW w:w="3170" w:type="dxa"/>
          </w:tcPr>
          <w:p w14:paraId="43B6BC6F" w14:textId="77777777" w:rsidR="008139C7" w:rsidRDefault="00000000" w:rsidP="001D22A7">
            <w:pPr>
              <w:jc w:val="both"/>
            </w:pPr>
            <w:r>
              <w:t>Periodo</w:t>
            </w:r>
          </w:p>
        </w:tc>
        <w:tc>
          <w:tcPr>
            <w:tcW w:w="3170" w:type="dxa"/>
          </w:tcPr>
          <w:p w14:paraId="5467D49A" w14:textId="77777777" w:rsidR="008139C7" w:rsidRDefault="00000000" w:rsidP="001D22A7">
            <w:pPr>
              <w:jc w:val="both"/>
            </w:pPr>
            <w:r>
              <w:t>Tipologia</w:t>
            </w:r>
          </w:p>
        </w:tc>
        <w:tc>
          <w:tcPr>
            <w:tcW w:w="3170" w:type="dxa"/>
          </w:tcPr>
          <w:p w14:paraId="2E53EF77" w14:textId="77777777" w:rsidR="008139C7" w:rsidRDefault="00000000" w:rsidP="001D22A7">
            <w:pPr>
              <w:jc w:val="both"/>
            </w:pPr>
            <w:r>
              <w:t>Corso di Studio</w:t>
            </w:r>
          </w:p>
        </w:tc>
      </w:tr>
      <w:tr w:rsidR="008139C7" w14:paraId="01DE4DFE" w14:textId="77777777" w:rsidTr="006F64E0">
        <w:trPr>
          <w:trHeight w:val="277"/>
        </w:trPr>
        <w:tc>
          <w:tcPr>
            <w:tcW w:w="3170" w:type="dxa"/>
          </w:tcPr>
          <w:p w14:paraId="26AEF615" w14:textId="77777777" w:rsidR="008139C7" w:rsidRDefault="008139C7" w:rsidP="001D22A7">
            <w:pPr>
              <w:jc w:val="both"/>
            </w:pPr>
          </w:p>
        </w:tc>
        <w:tc>
          <w:tcPr>
            <w:tcW w:w="3170" w:type="dxa"/>
          </w:tcPr>
          <w:p w14:paraId="2123463E" w14:textId="77777777" w:rsidR="008139C7" w:rsidRDefault="008139C7" w:rsidP="001D22A7">
            <w:pPr>
              <w:jc w:val="both"/>
            </w:pPr>
          </w:p>
        </w:tc>
        <w:tc>
          <w:tcPr>
            <w:tcW w:w="3170" w:type="dxa"/>
          </w:tcPr>
          <w:p w14:paraId="614A7E5B" w14:textId="77777777" w:rsidR="008139C7" w:rsidRDefault="008139C7" w:rsidP="001D22A7">
            <w:pPr>
              <w:jc w:val="both"/>
            </w:pPr>
          </w:p>
        </w:tc>
      </w:tr>
    </w:tbl>
    <w:p w14:paraId="4862B016" w14:textId="77777777" w:rsidR="008139C7" w:rsidRDefault="00000000" w:rsidP="001D22A7">
      <w:pPr>
        <w:pStyle w:val="Titolo2"/>
        <w:jc w:val="both"/>
      </w:pPr>
      <w:r>
        <w:t>B3 – Esperienza professionale</w:t>
      </w:r>
    </w:p>
    <w:p w14:paraId="47A42113" w14:textId="4F67F84F" w:rsidR="00AE0072" w:rsidRPr="00AE0072" w:rsidRDefault="00AE0072" w:rsidP="00F61E7B">
      <w:pPr>
        <w:jc w:val="both"/>
      </w:pPr>
      <w:r>
        <w:t>(</w:t>
      </w:r>
      <w:r>
        <w:rPr>
          <w:color w:val="000000"/>
          <w:sz w:val="18"/>
          <w:szCs w:val="18"/>
        </w:rPr>
        <w:t>Anni di esperienza professionale e relativa pertinenza con i contenuti dell'insegnamento, ruoli e responsabilità ricoperti in ambito professionale</w:t>
      </w:r>
      <w:r>
        <w:t>)</w:t>
      </w:r>
    </w:p>
    <w:tbl>
      <w:tblPr>
        <w:tblStyle w:val="Grigliatabella"/>
        <w:tblW w:w="9490" w:type="dxa"/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8"/>
        <w:gridCol w:w="1898"/>
      </w:tblGrid>
      <w:tr w:rsidR="008139C7" w14:paraId="38C2E32D" w14:textId="77777777" w:rsidTr="006F64E0">
        <w:trPr>
          <w:trHeight w:val="569"/>
        </w:trPr>
        <w:tc>
          <w:tcPr>
            <w:tcW w:w="1898" w:type="dxa"/>
          </w:tcPr>
          <w:p w14:paraId="0D0A1949" w14:textId="77777777" w:rsidR="008139C7" w:rsidRDefault="00000000" w:rsidP="001D22A7">
            <w:pPr>
              <w:jc w:val="both"/>
            </w:pPr>
            <w:r>
              <w:t>Periodo</w:t>
            </w:r>
          </w:p>
        </w:tc>
        <w:tc>
          <w:tcPr>
            <w:tcW w:w="1898" w:type="dxa"/>
          </w:tcPr>
          <w:p w14:paraId="5778AF1B" w14:textId="77777777" w:rsidR="008139C7" w:rsidRDefault="00000000" w:rsidP="001D22A7">
            <w:pPr>
              <w:jc w:val="both"/>
            </w:pPr>
            <w:r>
              <w:t>Ente/Azienda</w:t>
            </w:r>
          </w:p>
        </w:tc>
        <w:tc>
          <w:tcPr>
            <w:tcW w:w="1898" w:type="dxa"/>
          </w:tcPr>
          <w:p w14:paraId="4BE27161" w14:textId="77777777" w:rsidR="008139C7" w:rsidRDefault="00000000" w:rsidP="001D22A7">
            <w:pPr>
              <w:jc w:val="both"/>
            </w:pPr>
            <w:r>
              <w:t>Ruolo</w:t>
            </w:r>
          </w:p>
        </w:tc>
        <w:tc>
          <w:tcPr>
            <w:tcW w:w="1898" w:type="dxa"/>
          </w:tcPr>
          <w:p w14:paraId="49247685" w14:textId="77777777" w:rsidR="008139C7" w:rsidRDefault="00000000" w:rsidP="001D22A7">
            <w:pPr>
              <w:jc w:val="both"/>
            </w:pPr>
            <w:r>
              <w:t>Principali attività</w:t>
            </w:r>
          </w:p>
        </w:tc>
        <w:tc>
          <w:tcPr>
            <w:tcW w:w="1898" w:type="dxa"/>
          </w:tcPr>
          <w:p w14:paraId="16E3B5D1" w14:textId="77777777" w:rsidR="008139C7" w:rsidRDefault="00000000" w:rsidP="001D22A7">
            <w:pPr>
              <w:jc w:val="both"/>
            </w:pPr>
            <w:r>
              <w:t>Pertinenza con l'insegnamento</w:t>
            </w:r>
          </w:p>
        </w:tc>
      </w:tr>
      <w:tr w:rsidR="008139C7" w14:paraId="3EAF53C4" w14:textId="77777777" w:rsidTr="006F64E0">
        <w:trPr>
          <w:trHeight w:val="279"/>
        </w:trPr>
        <w:tc>
          <w:tcPr>
            <w:tcW w:w="1898" w:type="dxa"/>
          </w:tcPr>
          <w:p w14:paraId="2791FD6E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26B434C3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6A58E179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6ECEC77B" w14:textId="77777777" w:rsidR="008139C7" w:rsidRDefault="008139C7" w:rsidP="001D22A7">
            <w:pPr>
              <w:jc w:val="both"/>
            </w:pPr>
          </w:p>
        </w:tc>
        <w:tc>
          <w:tcPr>
            <w:tcW w:w="1898" w:type="dxa"/>
          </w:tcPr>
          <w:p w14:paraId="0DC7A270" w14:textId="77777777" w:rsidR="008139C7" w:rsidRDefault="008139C7" w:rsidP="001D22A7">
            <w:pPr>
              <w:jc w:val="both"/>
            </w:pPr>
          </w:p>
        </w:tc>
      </w:tr>
    </w:tbl>
    <w:p w14:paraId="672D5F11" w14:textId="77777777" w:rsidR="008139C7" w:rsidRDefault="00000000" w:rsidP="001D22A7">
      <w:pPr>
        <w:pStyle w:val="Titolo2"/>
        <w:jc w:val="both"/>
      </w:pPr>
      <w:r>
        <w:t>Competenze linguistiche</w:t>
      </w:r>
    </w:p>
    <w:tbl>
      <w:tblPr>
        <w:tblStyle w:val="Grigliatabella"/>
        <w:tblW w:w="9522" w:type="dxa"/>
        <w:tblLook w:val="04A0" w:firstRow="1" w:lastRow="0" w:firstColumn="1" w:lastColumn="0" w:noHBand="0" w:noVBand="1"/>
      </w:tblPr>
      <w:tblGrid>
        <w:gridCol w:w="4761"/>
        <w:gridCol w:w="4761"/>
      </w:tblGrid>
      <w:tr w:rsidR="008139C7" w14:paraId="4F49A12E" w14:textId="77777777" w:rsidTr="006F64E0">
        <w:trPr>
          <w:trHeight w:val="263"/>
        </w:trPr>
        <w:tc>
          <w:tcPr>
            <w:tcW w:w="4761" w:type="dxa"/>
          </w:tcPr>
          <w:p w14:paraId="52A4F959" w14:textId="77777777" w:rsidR="008139C7" w:rsidRDefault="00000000" w:rsidP="001D22A7">
            <w:pPr>
              <w:jc w:val="both"/>
            </w:pPr>
            <w:r>
              <w:t>Lingua</w:t>
            </w:r>
          </w:p>
        </w:tc>
        <w:tc>
          <w:tcPr>
            <w:tcW w:w="4761" w:type="dxa"/>
          </w:tcPr>
          <w:p w14:paraId="1DFEB3EF" w14:textId="77777777" w:rsidR="008139C7" w:rsidRDefault="00000000" w:rsidP="001D22A7">
            <w:pPr>
              <w:jc w:val="both"/>
            </w:pPr>
            <w:r>
              <w:t>Livello</w:t>
            </w:r>
          </w:p>
        </w:tc>
      </w:tr>
      <w:tr w:rsidR="008139C7" w14:paraId="06F39751" w14:textId="77777777" w:rsidTr="006F64E0">
        <w:trPr>
          <w:trHeight w:val="274"/>
        </w:trPr>
        <w:tc>
          <w:tcPr>
            <w:tcW w:w="4761" w:type="dxa"/>
          </w:tcPr>
          <w:p w14:paraId="56B934E1" w14:textId="77777777" w:rsidR="008139C7" w:rsidRDefault="008139C7" w:rsidP="001D22A7">
            <w:pPr>
              <w:jc w:val="both"/>
            </w:pPr>
          </w:p>
        </w:tc>
        <w:tc>
          <w:tcPr>
            <w:tcW w:w="4761" w:type="dxa"/>
          </w:tcPr>
          <w:p w14:paraId="1A2E8D68" w14:textId="77777777" w:rsidR="008139C7" w:rsidRDefault="008139C7" w:rsidP="001D22A7">
            <w:pPr>
              <w:jc w:val="both"/>
            </w:pPr>
          </w:p>
        </w:tc>
      </w:tr>
    </w:tbl>
    <w:p w14:paraId="4A00AB4F" w14:textId="77777777" w:rsidR="008139C7" w:rsidRDefault="00000000" w:rsidP="001D22A7">
      <w:pPr>
        <w:pStyle w:val="Titolo2"/>
        <w:jc w:val="both"/>
      </w:pPr>
      <w:r>
        <w:lastRenderedPageBreak/>
        <w:t>Competenze informatiche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397"/>
      </w:tblGrid>
      <w:tr w:rsidR="006F64E0" w14:paraId="69FDAE23" w14:textId="77777777" w:rsidTr="006F64E0">
        <w:tc>
          <w:tcPr>
            <w:tcW w:w="9397" w:type="dxa"/>
          </w:tcPr>
          <w:p w14:paraId="63B320C9" w14:textId="77777777" w:rsidR="006F64E0" w:rsidRDefault="006F64E0" w:rsidP="006F64E0"/>
        </w:tc>
      </w:tr>
      <w:tr w:rsidR="006F64E0" w14:paraId="760D768E" w14:textId="77777777" w:rsidTr="006F64E0">
        <w:tc>
          <w:tcPr>
            <w:tcW w:w="9397" w:type="dxa"/>
          </w:tcPr>
          <w:p w14:paraId="440E5CDE" w14:textId="77777777" w:rsidR="006F64E0" w:rsidRDefault="006F64E0" w:rsidP="006F64E0"/>
        </w:tc>
      </w:tr>
      <w:tr w:rsidR="006F64E0" w14:paraId="34CD8B1A" w14:textId="77777777" w:rsidTr="006F64E0">
        <w:tc>
          <w:tcPr>
            <w:tcW w:w="9397" w:type="dxa"/>
          </w:tcPr>
          <w:p w14:paraId="7D8A117B" w14:textId="77777777" w:rsidR="006F64E0" w:rsidRDefault="006F64E0" w:rsidP="006F64E0"/>
        </w:tc>
      </w:tr>
    </w:tbl>
    <w:p w14:paraId="49DC5FDE" w14:textId="77777777" w:rsidR="008139C7" w:rsidRDefault="00000000" w:rsidP="001D22A7">
      <w:pPr>
        <w:pStyle w:val="Titolo2"/>
        <w:jc w:val="both"/>
      </w:pPr>
      <w:r>
        <w:t>Allegati</w:t>
      </w:r>
    </w:p>
    <w:p w14:paraId="26569B45" w14:textId="26FE7FD0" w:rsidR="008139C7" w:rsidRDefault="00000000" w:rsidP="001D22A7">
      <w:pPr>
        <w:jc w:val="both"/>
      </w:pPr>
      <w:r>
        <w:t>- Eventuale documentazione comprovante titoli e attività dichiarate.</w:t>
      </w:r>
    </w:p>
    <w:p w14:paraId="797AA365" w14:textId="77777777" w:rsidR="00463491" w:rsidRDefault="00000000" w:rsidP="001D22A7">
      <w:pPr>
        <w:jc w:val="both"/>
      </w:pPr>
      <w:r>
        <w:t>Ai sensi del Regolamento (UE) 2016/679 (GDPR) e del D.Lgs. 196/2003, come modificato dal D.Lgs. 101/2018, autorizzo il trattamento dei dati personali contenuti nel presente Curriculum Vitae esclusivamente per le finalità connesse alla procedura di selezione.</w:t>
      </w:r>
      <w:r>
        <w:br/>
      </w:r>
      <w:r>
        <w:br/>
        <w:t xml:space="preserve">Luogo e data ____________    </w:t>
      </w:r>
    </w:p>
    <w:p w14:paraId="638F74D0" w14:textId="52B4B46D" w:rsidR="008139C7" w:rsidRDefault="00000000" w:rsidP="00463491">
      <w:pPr>
        <w:ind w:left="6521"/>
        <w:jc w:val="center"/>
      </w:pPr>
      <w:r>
        <w:t>Firma ____________</w:t>
      </w:r>
    </w:p>
    <w:sectPr w:rsidR="008139C7" w:rsidSect="001860E5">
      <w:pgSz w:w="12240" w:h="15840"/>
      <w:pgMar w:top="1440" w:right="1183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5209381">
    <w:abstractNumId w:val="8"/>
  </w:num>
  <w:num w:numId="2" w16cid:durableId="1258756806">
    <w:abstractNumId w:val="6"/>
  </w:num>
  <w:num w:numId="3" w16cid:durableId="1462066201">
    <w:abstractNumId w:val="5"/>
  </w:num>
  <w:num w:numId="4" w16cid:durableId="1234468742">
    <w:abstractNumId w:val="4"/>
  </w:num>
  <w:num w:numId="5" w16cid:durableId="1405488738">
    <w:abstractNumId w:val="7"/>
  </w:num>
  <w:num w:numId="6" w16cid:durableId="271330869">
    <w:abstractNumId w:val="3"/>
  </w:num>
  <w:num w:numId="7" w16cid:durableId="518589825">
    <w:abstractNumId w:val="2"/>
  </w:num>
  <w:num w:numId="8" w16cid:durableId="1525242010">
    <w:abstractNumId w:val="1"/>
  </w:num>
  <w:num w:numId="9" w16cid:durableId="82905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701"/>
    <w:rsid w:val="00034616"/>
    <w:rsid w:val="0005252C"/>
    <w:rsid w:val="0006063C"/>
    <w:rsid w:val="00096789"/>
    <w:rsid w:val="0015074B"/>
    <w:rsid w:val="001860E5"/>
    <w:rsid w:val="001943A8"/>
    <w:rsid w:val="001B193E"/>
    <w:rsid w:val="001D22A7"/>
    <w:rsid w:val="00292921"/>
    <w:rsid w:val="0029639D"/>
    <w:rsid w:val="002D6D53"/>
    <w:rsid w:val="00326F90"/>
    <w:rsid w:val="003425EC"/>
    <w:rsid w:val="00392EB0"/>
    <w:rsid w:val="003C3DC0"/>
    <w:rsid w:val="003D51E0"/>
    <w:rsid w:val="00412B47"/>
    <w:rsid w:val="00463491"/>
    <w:rsid w:val="0048710A"/>
    <w:rsid w:val="006F64E0"/>
    <w:rsid w:val="00790BCB"/>
    <w:rsid w:val="00812850"/>
    <w:rsid w:val="008139C7"/>
    <w:rsid w:val="008C064E"/>
    <w:rsid w:val="00903267"/>
    <w:rsid w:val="00903F26"/>
    <w:rsid w:val="0093085E"/>
    <w:rsid w:val="009B6094"/>
    <w:rsid w:val="009D0BF3"/>
    <w:rsid w:val="00A00078"/>
    <w:rsid w:val="00AA1D8D"/>
    <w:rsid w:val="00AE0072"/>
    <w:rsid w:val="00B117F7"/>
    <w:rsid w:val="00B3671D"/>
    <w:rsid w:val="00B47730"/>
    <w:rsid w:val="00C4516B"/>
    <w:rsid w:val="00C86A73"/>
    <w:rsid w:val="00CB0664"/>
    <w:rsid w:val="00CF0B17"/>
    <w:rsid w:val="00E512B5"/>
    <w:rsid w:val="00F16651"/>
    <w:rsid w:val="00F61E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9025299-E185-4C67-8B9E-C29CA8E4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487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2D05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87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D05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8710A"/>
    <w:rPr>
      <w:rFonts w:asciiTheme="majorHAnsi" w:eastAsiaTheme="majorEastAsia" w:hAnsiTheme="majorHAnsi" w:cstheme="majorBidi"/>
      <w:b/>
      <w:bCs/>
      <w:color w:val="92D05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8710A"/>
    <w:rPr>
      <w:rFonts w:asciiTheme="majorHAnsi" w:eastAsiaTheme="majorEastAsia" w:hAnsiTheme="majorHAnsi" w:cstheme="majorBidi"/>
      <w:b/>
      <w:bCs/>
      <w:color w:val="92D05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GAUDIOSI vincenzo</cp:lastModifiedBy>
  <cp:revision>37</cp:revision>
  <dcterms:created xsi:type="dcterms:W3CDTF">2013-12-23T23:15:00Z</dcterms:created>
  <dcterms:modified xsi:type="dcterms:W3CDTF">2026-07-31T14:50:00Z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174e2709-669d-4614-847f-ccf013b55912</vt:lpwstr>
  </property>
</Properties>
</file>