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B0390" w14:textId="77777777" w:rsidR="008139C7" w:rsidRPr="0048710A" w:rsidRDefault="00000000" w:rsidP="001D22A7">
      <w:pPr>
        <w:pStyle w:val="Titolo1"/>
        <w:jc w:val="both"/>
      </w:pPr>
      <w:r w:rsidRPr="0048710A">
        <w:t>CURRICULUM VITAE</w:t>
      </w:r>
    </w:p>
    <w:p w14:paraId="256CC554" w14:textId="77777777" w:rsidR="008139C7" w:rsidRDefault="00000000" w:rsidP="001D22A7">
      <w:pPr>
        <w:pStyle w:val="Titolo2"/>
        <w:jc w:val="both"/>
      </w:pPr>
      <w:r>
        <w:t>DATI ANAGRAFICI</w:t>
      </w:r>
    </w:p>
    <w:p w14:paraId="58DAE734" w14:textId="77777777" w:rsidR="008139C7" w:rsidRDefault="00000000" w:rsidP="001D22A7">
      <w:pPr>
        <w:jc w:val="both"/>
      </w:pPr>
      <w:r>
        <w:t xml:space="preserve">Nome e </w:t>
      </w:r>
      <w:proofErr w:type="spellStart"/>
      <w:r>
        <w:t>Cognome</w:t>
      </w:r>
      <w:proofErr w:type="spellEnd"/>
      <w:r>
        <w:t>: ____________________</w:t>
      </w:r>
    </w:p>
    <w:p w14:paraId="68C0B7A6" w14:textId="77777777" w:rsidR="00292921" w:rsidRDefault="00292921" w:rsidP="001D22A7">
      <w:pPr>
        <w:pStyle w:val="Titolo2"/>
        <w:jc w:val="both"/>
      </w:pPr>
    </w:p>
    <w:p w14:paraId="66E70853" w14:textId="2D672344" w:rsidR="00790BCB" w:rsidRDefault="00790BCB" w:rsidP="001D22A7">
      <w:pPr>
        <w:pStyle w:val="Titolo2"/>
        <w:jc w:val="both"/>
      </w:pPr>
      <w:r>
        <w:t>SEZIONE A:</w:t>
      </w:r>
      <w:r w:rsidR="009B6094">
        <w:t xml:space="preserve"> </w:t>
      </w:r>
      <w:r w:rsidR="009B6094" w:rsidRPr="009B6094">
        <w:t xml:space="preserve">Curriculum </w:t>
      </w:r>
      <w:proofErr w:type="spellStart"/>
      <w:r w:rsidR="009B6094" w:rsidRPr="009B6094">
        <w:t>scientifico</w:t>
      </w:r>
      <w:proofErr w:type="spellEnd"/>
      <w:r w:rsidR="009B6094" w:rsidRPr="009B6094">
        <w:t xml:space="preserve"> e di </w:t>
      </w:r>
      <w:proofErr w:type="spellStart"/>
      <w:r w:rsidR="009B6094" w:rsidRPr="009B6094">
        <w:t>ricerca</w:t>
      </w:r>
      <w:proofErr w:type="spellEnd"/>
    </w:p>
    <w:p w14:paraId="0D5F4432" w14:textId="0E90DFD1" w:rsidR="008139C7" w:rsidRDefault="00000000" w:rsidP="001D22A7">
      <w:pPr>
        <w:pStyle w:val="Titolo2"/>
        <w:jc w:val="both"/>
      </w:pPr>
      <w:r>
        <w:t xml:space="preserve">A1 – </w:t>
      </w:r>
      <w:proofErr w:type="spellStart"/>
      <w:r>
        <w:t>Titoli</w:t>
      </w:r>
      <w:proofErr w:type="spellEnd"/>
      <w:r>
        <w:t xml:space="preserve"> di studio</w:t>
      </w:r>
    </w:p>
    <w:p w14:paraId="372A91C0" w14:textId="5BC56422" w:rsidR="001B193E" w:rsidRPr="001B193E" w:rsidRDefault="00412B47" w:rsidP="001D22A7">
      <w:pPr>
        <w:ind w:right="43"/>
        <w:jc w:val="both"/>
      </w:pPr>
      <w:r>
        <w:rPr>
          <w:color w:val="000000"/>
          <w:sz w:val="18"/>
          <w:szCs w:val="18"/>
        </w:rPr>
        <w:t>(</w:t>
      </w:r>
      <w:proofErr w:type="spellStart"/>
      <w:r w:rsidR="001B193E">
        <w:rPr>
          <w:color w:val="000000"/>
          <w:sz w:val="18"/>
          <w:szCs w:val="18"/>
        </w:rPr>
        <w:t>Possesso</w:t>
      </w:r>
      <w:proofErr w:type="spellEnd"/>
      <w:r w:rsidR="001B193E">
        <w:rPr>
          <w:color w:val="000000"/>
          <w:sz w:val="18"/>
          <w:szCs w:val="18"/>
        </w:rPr>
        <w:t xml:space="preserve"> del </w:t>
      </w:r>
      <w:proofErr w:type="spellStart"/>
      <w:r w:rsidR="001B193E">
        <w:rPr>
          <w:color w:val="000000"/>
          <w:sz w:val="18"/>
          <w:szCs w:val="18"/>
        </w:rPr>
        <w:t>titolo</w:t>
      </w:r>
      <w:proofErr w:type="spellEnd"/>
      <w:r w:rsidR="001B193E">
        <w:rPr>
          <w:color w:val="000000"/>
          <w:sz w:val="18"/>
          <w:szCs w:val="18"/>
        </w:rPr>
        <w:t xml:space="preserve"> di Dottore di </w:t>
      </w:r>
      <w:proofErr w:type="spellStart"/>
      <w:r w:rsidR="001B193E">
        <w:rPr>
          <w:color w:val="000000"/>
          <w:sz w:val="18"/>
          <w:szCs w:val="18"/>
        </w:rPr>
        <w:t>Ricerca</w:t>
      </w:r>
      <w:proofErr w:type="spellEnd"/>
      <w:r w:rsidR="001B193E">
        <w:rPr>
          <w:color w:val="000000"/>
          <w:sz w:val="18"/>
          <w:szCs w:val="18"/>
        </w:rPr>
        <w:t xml:space="preserve"> o di </w:t>
      </w:r>
      <w:proofErr w:type="spellStart"/>
      <w:r w:rsidR="001B193E">
        <w:rPr>
          <w:color w:val="000000"/>
          <w:sz w:val="18"/>
          <w:szCs w:val="18"/>
        </w:rPr>
        <w:t>Specializzazione</w:t>
      </w:r>
      <w:proofErr w:type="spellEnd"/>
      <w:r w:rsidR="001B193E">
        <w:rPr>
          <w:color w:val="000000"/>
          <w:sz w:val="18"/>
          <w:szCs w:val="18"/>
        </w:rPr>
        <w:t xml:space="preserve">, </w:t>
      </w:r>
      <w:proofErr w:type="spellStart"/>
      <w:r w:rsidR="001B193E">
        <w:rPr>
          <w:color w:val="000000"/>
          <w:sz w:val="18"/>
          <w:szCs w:val="18"/>
        </w:rPr>
        <w:t>conseguiti</w:t>
      </w:r>
      <w:proofErr w:type="spellEnd"/>
      <w:r w:rsidR="001B193E">
        <w:rPr>
          <w:color w:val="000000"/>
          <w:sz w:val="18"/>
          <w:szCs w:val="18"/>
        </w:rPr>
        <w:t xml:space="preserve"> in </w:t>
      </w:r>
      <w:proofErr w:type="spellStart"/>
      <w:r w:rsidR="001B193E">
        <w:rPr>
          <w:color w:val="000000"/>
          <w:sz w:val="18"/>
          <w:szCs w:val="18"/>
        </w:rPr>
        <w:t>materie</w:t>
      </w:r>
      <w:proofErr w:type="spellEnd"/>
      <w:r w:rsidR="001B193E">
        <w:rPr>
          <w:color w:val="000000"/>
          <w:sz w:val="18"/>
          <w:szCs w:val="18"/>
        </w:rPr>
        <w:t xml:space="preserve"> </w:t>
      </w:r>
      <w:proofErr w:type="spellStart"/>
      <w:r w:rsidR="001B193E">
        <w:rPr>
          <w:color w:val="000000"/>
          <w:sz w:val="18"/>
          <w:szCs w:val="18"/>
        </w:rPr>
        <w:t>attinenti</w:t>
      </w:r>
      <w:proofErr w:type="spellEnd"/>
      <w:r w:rsidR="001B193E">
        <w:rPr>
          <w:color w:val="000000"/>
          <w:sz w:val="18"/>
          <w:szCs w:val="18"/>
        </w:rPr>
        <w:t xml:space="preserve"> al </w:t>
      </w:r>
      <w:proofErr w:type="spellStart"/>
      <w:r w:rsidR="001B193E">
        <w:rPr>
          <w:color w:val="000000"/>
          <w:sz w:val="18"/>
          <w:szCs w:val="18"/>
        </w:rPr>
        <w:t>Settore</w:t>
      </w:r>
      <w:proofErr w:type="spellEnd"/>
      <w:r w:rsidR="001B193E">
        <w:rPr>
          <w:color w:val="000000"/>
          <w:sz w:val="18"/>
          <w:szCs w:val="18"/>
        </w:rPr>
        <w:t xml:space="preserve"> </w:t>
      </w:r>
      <w:proofErr w:type="spellStart"/>
      <w:r w:rsidR="001B193E">
        <w:rPr>
          <w:color w:val="000000"/>
          <w:sz w:val="18"/>
          <w:szCs w:val="18"/>
        </w:rPr>
        <w:t>Scientifico-Disciplinare</w:t>
      </w:r>
      <w:proofErr w:type="spellEnd"/>
      <w:r w:rsidR="001B193E">
        <w:rPr>
          <w:color w:val="000000"/>
          <w:sz w:val="18"/>
          <w:szCs w:val="18"/>
        </w:rPr>
        <w:t xml:space="preserve"> </w:t>
      </w:r>
      <w:proofErr w:type="spellStart"/>
      <w:r w:rsidR="001B193E">
        <w:rPr>
          <w:color w:val="000000"/>
          <w:sz w:val="18"/>
          <w:szCs w:val="18"/>
        </w:rPr>
        <w:t>dell'insegnamento</w:t>
      </w:r>
      <w:proofErr w:type="spellEnd"/>
      <w:r>
        <w:rPr>
          <w:color w:val="000000"/>
          <w:sz w:val="18"/>
          <w:szCs w:val="18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48"/>
        <w:gridCol w:w="1844"/>
        <w:gridCol w:w="1169"/>
        <w:gridCol w:w="2539"/>
        <w:gridCol w:w="1847"/>
      </w:tblGrid>
      <w:tr w:rsidR="008139C7" w14:paraId="4A44A452" w14:textId="77777777" w:rsidTr="00412B47">
        <w:trPr>
          <w:trHeight w:val="451"/>
        </w:trPr>
        <w:tc>
          <w:tcPr>
            <w:tcW w:w="1874" w:type="dxa"/>
          </w:tcPr>
          <w:p w14:paraId="1AC7E305" w14:textId="77777777" w:rsidR="008139C7" w:rsidRDefault="00000000" w:rsidP="001D22A7">
            <w:pPr>
              <w:jc w:val="both"/>
            </w:pPr>
            <w:r>
              <w:t>Titolo</w:t>
            </w:r>
          </w:p>
        </w:tc>
        <w:tc>
          <w:tcPr>
            <w:tcW w:w="1874" w:type="dxa"/>
          </w:tcPr>
          <w:p w14:paraId="015CFAC8" w14:textId="77777777" w:rsidR="008139C7" w:rsidRDefault="00000000" w:rsidP="001D22A7">
            <w:pPr>
              <w:jc w:val="both"/>
            </w:pPr>
            <w:r>
              <w:t>Ente</w:t>
            </w:r>
          </w:p>
        </w:tc>
        <w:tc>
          <w:tcPr>
            <w:tcW w:w="1180" w:type="dxa"/>
          </w:tcPr>
          <w:p w14:paraId="670D7477" w14:textId="77777777" w:rsidR="008139C7" w:rsidRDefault="00000000" w:rsidP="001D22A7">
            <w:pPr>
              <w:jc w:val="both"/>
            </w:pPr>
            <w:r>
              <w:t>Anno</w:t>
            </w:r>
          </w:p>
        </w:tc>
        <w:tc>
          <w:tcPr>
            <w:tcW w:w="2568" w:type="dxa"/>
          </w:tcPr>
          <w:p w14:paraId="0A39E0B6" w14:textId="77777777" w:rsidR="008139C7" w:rsidRDefault="00000000" w:rsidP="001D22A7">
            <w:pPr>
              <w:jc w:val="both"/>
            </w:pPr>
            <w:r>
              <w:t>SSD/</w:t>
            </w:r>
            <w:proofErr w:type="spellStart"/>
            <w:r>
              <w:t>Ambito</w:t>
            </w:r>
            <w:proofErr w:type="spellEnd"/>
            <w:r>
              <w:t xml:space="preserve"> </w:t>
            </w:r>
            <w:proofErr w:type="spellStart"/>
            <w:r>
              <w:t>disciplinare</w:t>
            </w:r>
            <w:proofErr w:type="spellEnd"/>
          </w:p>
        </w:tc>
        <w:tc>
          <w:tcPr>
            <w:tcW w:w="1874" w:type="dxa"/>
          </w:tcPr>
          <w:p w14:paraId="696E5F23" w14:textId="77777777" w:rsidR="008139C7" w:rsidRDefault="00000000" w:rsidP="001D22A7">
            <w:pPr>
              <w:jc w:val="both"/>
            </w:pPr>
            <w:r>
              <w:t xml:space="preserve">Titolo della </w:t>
            </w:r>
            <w:proofErr w:type="spellStart"/>
            <w:r>
              <w:t>tesi</w:t>
            </w:r>
            <w:proofErr w:type="spellEnd"/>
          </w:p>
        </w:tc>
      </w:tr>
      <w:tr w:rsidR="008139C7" w14:paraId="642B6B42" w14:textId="77777777" w:rsidTr="00412B47">
        <w:trPr>
          <w:trHeight w:val="221"/>
        </w:trPr>
        <w:tc>
          <w:tcPr>
            <w:tcW w:w="1874" w:type="dxa"/>
          </w:tcPr>
          <w:p w14:paraId="4660B920" w14:textId="77777777" w:rsidR="008139C7" w:rsidRDefault="008139C7" w:rsidP="001D22A7">
            <w:pPr>
              <w:jc w:val="both"/>
            </w:pPr>
          </w:p>
        </w:tc>
        <w:tc>
          <w:tcPr>
            <w:tcW w:w="1874" w:type="dxa"/>
          </w:tcPr>
          <w:p w14:paraId="07AAEA94" w14:textId="77777777" w:rsidR="008139C7" w:rsidRDefault="008139C7" w:rsidP="001D22A7">
            <w:pPr>
              <w:jc w:val="both"/>
            </w:pPr>
          </w:p>
        </w:tc>
        <w:tc>
          <w:tcPr>
            <w:tcW w:w="1180" w:type="dxa"/>
          </w:tcPr>
          <w:p w14:paraId="42F5DD19" w14:textId="77777777" w:rsidR="008139C7" w:rsidRDefault="008139C7" w:rsidP="001D22A7">
            <w:pPr>
              <w:jc w:val="both"/>
            </w:pPr>
          </w:p>
        </w:tc>
        <w:tc>
          <w:tcPr>
            <w:tcW w:w="2568" w:type="dxa"/>
          </w:tcPr>
          <w:p w14:paraId="6D2FDDCC" w14:textId="77777777" w:rsidR="008139C7" w:rsidRDefault="008139C7" w:rsidP="001D22A7">
            <w:pPr>
              <w:jc w:val="both"/>
            </w:pPr>
          </w:p>
        </w:tc>
        <w:tc>
          <w:tcPr>
            <w:tcW w:w="1874" w:type="dxa"/>
          </w:tcPr>
          <w:p w14:paraId="605CD384" w14:textId="77777777" w:rsidR="008139C7" w:rsidRDefault="008139C7" w:rsidP="001D22A7">
            <w:pPr>
              <w:jc w:val="both"/>
            </w:pPr>
          </w:p>
        </w:tc>
      </w:tr>
    </w:tbl>
    <w:p w14:paraId="70BEA9ED" w14:textId="77777777" w:rsidR="008139C7" w:rsidRDefault="00000000" w:rsidP="001D22A7">
      <w:pPr>
        <w:pStyle w:val="Titolo2"/>
        <w:jc w:val="both"/>
      </w:pPr>
      <w:r>
        <w:t xml:space="preserve">A2 – </w:t>
      </w:r>
      <w:proofErr w:type="spellStart"/>
      <w:r>
        <w:t>Abilitazione</w:t>
      </w:r>
      <w:proofErr w:type="spellEnd"/>
      <w:r>
        <w:t xml:space="preserve"> </w:t>
      </w:r>
      <w:proofErr w:type="spellStart"/>
      <w:r>
        <w:t>Scientifica</w:t>
      </w:r>
      <w:proofErr w:type="spellEnd"/>
      <w:r>
        <w:t xml:space="preserve"> Nazionale (ASN)</w:t>
      </w:r>
    </w:p>
    <w:p w14:paraId="7AB4C4DF" w14:textId="37733BB1" w:rsidR="001D22A7" w:rsidRPr="001D22A7" w:rsidRDefault="00412B47" w:rsidP="001D22A7">
      <w:pPr>
        <w:jc w:val="both"/>
      </w:pPr>
      <w:r>
        <w:rPr>
          <w:color w:val="000000"/>
          <w:sz w:val="18"/>
          <w:szCs w:val="18"/>
        </w:rPr>
        <w:t>(</w:t>
      </w:r>
      <w:proofErr w:type="spellStart"/>
      <w:r w:rsidR="003D51E0">
        <w:rPr>
          <w:color w:val="000000"/>
          <w:sz w:val="18"/>
          <w:szCs w:val="18"/>
        </w:rPr>
        <w:t>Possesso</w:t>
      </w:r>
      <w:proofErr w:type="spellEnd"/>
      <w:r w:rsidR="003D51E0">
        <w:rPr>
          <w:color w:val="000000"/>
          <w:sz w:val="18"/>
          <w:szCs w:val="18"/>
        </w:rPr>
        <w:t xml:space="preserve"> </w:t>
      </w:r>
      <w:proofErr w:type="spellStart"/>
      <w:r w:rsidR="003D51E0">
        <w:rPr>
          <w:color w:val="000000"/>
          <w:sz w:val="18"/>
          <w:szCs w:val="18"/>
        </w:rPr>
        <w:t>dell'Abilitazione</w:t>
      </w:r>
      <w:proofErr w:type="spellEnd"/>
      <w:r w:rsidR="003D51E0">
        <w:rPr>
          <w:color w:val="000000"/>
          <w:sz w:val="18"/>
          <w:szCs w:val="18"/>
        </w:rPr>
        <w:t xml:space="preserve"> </w:t>
      </w:r>
      <w:proofErr w:type="spellStart"/>
      <w:r w:rsidR="003D51E0">
        <w:rPr>
          <w:color w:val="000000"/>
          <w:sz w:val="18"/>
          <w:szCs w:val="18"/>
        </w:rPr>
        <w:t>Scientifica</w:t>
      </w:r>
      <w:proofErr w:type="spellEnd"/>
      <w:r w:rsidR="003D51E0">
        <w:rPr>
          <w:color w:val="000000"/>
          <w:sz w:val="18"/>
          <w:szCs w:val="18"/>
        </w:rPr>
        <w:t xml:space="preserve"> Nazionale (ASN) per il </w:t>
      </w:r>
      <w:proofErr w:type="spellStart"/>
      <w:r w:rsidR="003D51E0">
        <w:rPr>
          <w:color w:val="000000"/>
          <w:sz w:val="18"/>
          <w:szCs w:val="18"/>
        </w:rPr>
        <w:t>settore</w:t>
      </w:r>
      <w:proofErr w:type="spellEnd"/>
      <w:r w:rsidR="003D51E0">
        <w:rPr>
          <w:color w:val="000000"/>
          <w:sz w:val="18"/>
          <w:szCs w:val="18"/>
        </w:rPr>
        <w:t xml:space="preserve"> </w:t>
      </w:r>
      <w:proofErr w:type="spellStart"/>
      <w:r w:rsidR="003D51E0">
        <w:rPr>
          <w:color w:val="000000"/>
          <w:sz w:val="18"/>
          <w:szCs w:val="18"/>
        </w:rPr>
        <w:t>concorsuale</w:t>
      </w:r>
      <w:proofErr w:type="spellEnd"/>
      <w:r w:rsidR="003D51E0">
        <w:rPr>
          <w:color w:val="000000"/>
          <w:sz w:val="18"/>
          <w:szCs w:val="18"/>
        </w:rPr>
        <w:t xml:space="preserve"> di </w:t>
      </w:r>
      <w:proofErr w:type="spellStart"/>
      <w:r w:rsidR="003D51E0">
        <w:rPr>
          <w:color w:val="000000"/>
          <w:sz w:val="18"/>
          <w:szCs w:val="18"/>
        </w:rPr>
        <w:t>riferimento</w:t>
      </w:r>
      <w:proofErr w:type="spellEnd"/>
      <w:r>
        <w:rPr>
          <w:color w:val="000000"/>
          <w:sz w:val="18"/>
          <w:szCs w:val="18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17"/>
        <w:gridCol w:w="2300"/>
        <w:gridCol w:w="2325"/>
        <w:gridCol w:w="2305"/>
      </w:tblGrid>
      <w:tr w:rsidR="008139C7" w14:paraId="613EAB52" w14:textId="77777777" w:rsidTr="001D22A7">
        <w:trPr>
          <w:trHeight w:val="245"/>
        </w:trPr>
        <w:tc>
          <w:tcPr>
            <w:tcW w:w="2345" w:type="dxa"/>
          </w:tcPr>
          <w:p w14:paraId="5D89D8F7" w14:textId="77777777" w:rsidR="008139C7" w:rsidRDefault="00000000" w:rsidP="001D22A7">
            <w:pPr>
              <w:jc w:val="both"/>
            </w:pPr>
            <w:proofErr w:type="spellStart"/>
            <w:r>
              <w:t>Settore</w:t>
            </w:r>
            <w:proofErr w:type="spellEnd"/>
            <w:r>
              <w:t xml:space="preserve"> </w:t>
            </w:r>
            <w:proofErr w:type="spellStart"/>
            <w:r>
              <w:t>Concorsuale</w:t>
            </w:r>
            <w:proofErr w:type="spellEnd"/>
          </w:p>
        </w:tc>
        <w:tc>
          <w:tcPr>
            <w:tcW w:w="2345" w:type="dxa"/>
          </w:tcPr>
          <w:p w14:paraId="0C555CEA" w14:textId="77777777" w:rsidR="008139C7" w:rsidRDefault="00000000" w:rsidP="001D22A7">
            <w:pPr>
              <w:jc w:val="both"/>
            </w:pPr>
            <w:r>
              <w:t>Fascia</w:t>
            </w:r>
          </w:p>
        </w:tc>
        <w:tc>
          <w:tcPr>
            <w:tcW w:w="2345" w:type="dxa"/>
          </w:tcPr>
          <w:p w14:paraId="41DA470A" w14:textId="77777777" w:rsidR="008139C7" w:rsidRDefault="00000000" w:rsidP="001D22A7">
            <w:pPr>
              <w:jc w:val="both"/>
            </w:pPr>
            <w:r>
              <w:t xml:space="preserve">Data </w:t>
            </w:r>
            <w:proofErr w:type="spellStart"/>
            <w:r>
              <w:t>conseguimento</w:t>
            </w:r>
            <w:proofErr w:type="spellEnd"/>
          </w:p>
        </w:tc>
        <w:tc>
          <w:tcPr>
            <w:tcW w:w="2345" w:type="dxa"/>
          </w:tcPr>
          <w:p w14:paraId="6DE40FCA" w14:textId="77777777" w:rsidR="008139C7" w:rsidRDefault="00000000" w:rsidP="001D22A7">
            <w:pPr>
              <w:jc w:val="both"/>
            </w:pPr>
            <w:proofErr w:type="spellStart"/>
            <w:r>
              <w:t>Validità</w:t>
            </w:r>
            <w:proofErr w:type="spellEnd"/>
          </w:p>
        </w:tc>
      </w:tr>
      <w:tr w:rsidR="008139C7" w14:paraId="7E7C6C2B" w14:textId="77777777" w:rsidTr="001D22A7">
        <w:trPr>
          <w:trHeight w:val="254"/>
        </w:trPr>
        <w:tc>
          <w:tcPr>
            <w:tcW w:w="2345" w:type="dxa"/>
          </w:tcPr>
          <w:p w14:paraId="3C3F5B35" w14:textId="77777777" w:rsidR="008139C7" w:rsidRDefault="008139C7" w:rsidP="001D22A7">
            <w:pPr>
              <w:jc w:val="both"/>
            </w:pPr>
          </w:p>
        </w:tc>
        <w:tc>
          <w:tcPr>
            <w:tcW w:w="2345" w:type="dxa"/>
          </w:tcPr>
          <w:p w14:paraId="659AC1BD" w14:textId="77777777" w:rsidR="008139C7" w:rsidRDefault="008139C7" w:rsidP="001D22A7">
            <w:pPr>
              <w:jc w:val="both"/>
            </w:pPr>
          </w:p>
        </w:tc>
        <w:tc>
          <w:tcPr>
            <w:tcW w:w="2345" w:type="dxa"/>
          </w:tcPr>
          <w:p w14:paraId="7D07666B" w14:textId="77777777" w:rsidR="008139C7" w:rsidRDefault="008139C7" w:rsidP="001D22A7">
            <w:pPr>
              <w:jc w:val="both"/>
            </w:pPr>
          </w:p>
        </w:tc>
        <w:tc>
          <w:tcPr>
            <w:tcW w:w="2345" w:type="dxa"/>
          </w:tcPr>
          <w:p w14:paraId="1FF11341" w14:textId="77777777" w:rsidR="008139C7" w:rsidRDefault="008139C7" w:rsidP="001D22A7">
            <w:pPr>
              <w:jc w:val="both"/>
            </w:pPr>
          </w:p>
        </w:tc>
      </w:tr>
    </w:tbl>
    <w:p w14:paraId="064E995F" w14:textId="1A70F77F" w:rsidR="008139C7" w:rsidRDefault="00000000" w:rsidP="001D22A7">
      <w:pPr>
        <w:pStyle w:val="Titolo2"/>
        <w:jc w:val="both"/>
      </w:pPr>
      <w:r>
        <w:t>A3 –</w:t>
      </w:r>
      <w:r w:rsidR="009D0BF3">
        <w:t xml:space="preserve"> </w:t>
      </w:r>
      <w:proofErr w:type="spellStart"/>
      <w:r w:rsidR="009D0BF3" w:rsidRPr="009D0BF3">
        <w:t>Attività</w:t>
      </w:r>
      <w:proofErr w:type="spellEnd"/>
      <w:r w:rsidR="009D0BF3" w:rsidRPr="009D0BF3">
        <w:t xml:space="preserve"> </w:t>
      </w:r>
      <w:proofErr w:type="spellStart"/>
      <w:r w:rsidR="009D0BF3" w:rsidRPr="009D0BF3">
        <w:t>scientifica</w:t>
      </w:r>
      <w:proofErr w:type="spellEnd"/>
      <w:r w:rsidR="009D0BF3" w:rsidRPr="009D0BF3">
        <w:t xml:space="preserve"> e di </w:t>
      </w:r>
      <w:proofErr w:type="spellStart"/>
      <w:r w:rsidR="00096789">
        <w:t>ricerca</w:t>
      </w:r>
      <w:proofErr w:type="spellEnd"/>
      <w:r w:rsidR="00412B47">
        <w:t>:</w:t>
      </w:r>
    </w:p>
    <w:p w14:paraId="203A416A" w14:textId="5AC5CDF1" w:rsidR="00A00078" w:rsidRDefault="00412B47" w:rsidP="00000701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</w:t>
      </w:r>
      <w:proofErr w:type="spellStart"/>
      <w:r w:rsidR="00000701">
        <w:rPr>
          <w:color w:val="000000"/>
          <w:sz w:val="18"/>
          <w:szCs w:val="18"/>
        </w:rPr>
        <w:t>Relativamente</w:t>
      </w:r>
      <w:proofErr w:type="spellEnd"/>
      <w:r w:rsidR="00000701">
        <w:rPr>
          <w:color w:val="000000"/>
          <w:sz w:val="18"/>
          <w:szCs w:val="18"/>
        </w:rPr>
        <w:t xml:space="preserve"> </w:t>
      </w:r>
      <w:proofErr w:type="spellStart"/>
      <w:r w:rsidR="00000701">
        <w:rPr>
          <w:color w:val="000000"/>
          <w:sz w:val="18"/>
          <w:szCs w:val="18"/>
        </w:rPr>
        <w:t>ad</w:t>
      </w:r>
      <w:proofErr w:type="spellEnd"/>
      <w:r w:rsidR="00000701">
        <w:rPr>
          <w:color w:val="000000"/>
          <w:sz w:val="18"/>
          <w:szCs w:val="18"/>
        </w:rPr>
        <w:t xml:space="preserve"> </w:t>
      </w:r>
      <w:proofErr w:type="spellStart"/>
      <w:r w:rsidR="00000701">
        <w:rPr>
          <w:color w:val="000000"/>
          <w:sz w:val="18"/>
          <w:szCs w:val="18"/>
        </w:rPr>
        <w:t>attività</w:t>
      </w:r>
      <w:proofErr w:type="spellEnd"/>
      <w:r w:rsidR="00000701">
        <w:rPr>
          <w:color w:val="000000"/>
          <w:sz w:val="18"/>
          <w:szCs w:val="18"/>
        </w:rPr>
        <w:t xml:space="preserve"> di </w:t>
      </w:r>
      <w:proofErr w:type="spellStart"/>
      <w:r w:rsidR="00000701">
        <w:rPr>
          <w:color w:val="000000"/>
          <w:sz w:val="18"/>
          <w:szCs w:val="18"/>
        </w:rPr>
        <w:t>ricerca</w:t>
      </w:r>
      <w:proofErr w:type="spellEnd"/>
      <w:r w:rsidR="00000701">
        <w:rPr>
          <w:color w:val="000000"/>
          <w:sz w:val="18"/>
          <w:szCs w:val="18"/>
        </w:rPr>
        <w:t xml:space="preserve"> e </w:t>
      </w:r>
      <w:proofErr w:type="spellStart"/>
      <w:r w:rsidR="00000701">
        <w:rPr>
          <w:color w:val="000000"/>
          <w:sz w:val="18"/>
          <w:szCs w:val="18"/>
        </w:rPr>
        <w:t>tematiche</w:t>
      </w:r>
      <w:proofErr w:type="spellEnd"/>
      <w:r w:rsidR="00000701">
        <w:rPr>
          <w:color w:val="000000"/>
          <w:sz w:val="18"/>
          <w:szCs w:val="18"/>
        </w:rPr>
        <w:t xml:space="preserve"> </w:t>
      </w:r>
      <w:proofErr w:type="spellStart"/>
      <w:r w:rsidR="00000701">
        <w:rPr>
          <w:color w:val="000000"/>
          <w:sz w:val="18"/>
          <w:szCs w:val="18"/>
        </w:rPr>
        <w:t>attinenti</w:t>
      </w:r>
      <w:proofErr w:type="spellEnd"/>
      <w:r w:rsidR="00000701">
        <w:rPr>
          <w:color w:val="000000"/>
          <w:sz w:val="18"/>
          <w:szCs w:val="18"/>
        </w:rPr>
        <w:t xml:space="preserve"> al </w:t>
      </w:r>
      <w:proofErr w:type="spellStart"/>
      <w:r w:rsidR="00000701">
        <w:rPr>
          <w:color w:val="000000"/>
          <w:sz w:val="18"/>
          <w:szCs w:val="18"/>
        </w:rPr>
        <w:t>Settore</w:t>
      </w:r>
      <w:proofErr w:type="spellEnd"/>
      <w:r w:rsidR="00000701">
        <w:rPr>
          <w:color w:val="000000"/>
          <w:sz w:val="18"/>
          <w:szCs w:val="18"/>
        </w:rPr>
        <w:t xml:space="preserve"> </w:t>
      </w:r>
      <w:proofErr w:type="spellStart"/>
      <w:r w:rsidR="00000701">
        <w:rPr>
          <w:color w:val="000000"/>
          <w:sz w:val="18"/>
          <w:szCs w:val="18"/>
        </w:rPr>
        <w:t>Scientifico-Disciplinare</w:t>
      </w:r>
      <w:proofErr w:type="spellEnd"/>
      <w:r w:rsidR="00000701">
        <w:rPr>
          <w:color w:val="000000"/>
          <w:sz w:val="18"/>
          <w:szCs w:val="18"/>
        </w:rPr>
        <w:t xml:space="preserve"> </w:t>
      </w:r>
      <w:proofErr w:type="spellStart"/>
      <w:r w:rsidR="00000701">
        <w:rPr>
          <w:color w:val="000000"/>
          <w:sz w:val="18"/>
          <w:szCs w:val="18"/>
        </w:rPr>
        <w:t>dell'insegnamento</w:t>
      </w:r>
      <w:proofErr w:type="spellEnd"/>
      <w:r w:rsidR="00000701">
        <w:rPr>
          <w:color w:val="000000"/>
          <w:sz w:val="18"/>
          <w:szCs w:val="18"/>
        </w:rPr>
        <w:t xml:space="preserve">: </w:t>
      </w:r>
      <w:proofErr w:type="spellStart"/>
      <w:r w:rsidR="00000701">
        <w:rPr>
          <w:color w:val="000000"/>
          <w:sz w:val="18"/>
          <w:szCs w:val="18"/>
        </w:rPr>
        <w:t>partecipazione</w:t>
      </w:r>
      <w:proofErr w:type="spellEnd"/>
      <w:r w:rsidR="00000701">
        <w:rPr>
          <w:color w:val="000000"/>
          <w:sz w:val="18"/>
          <w:szCs w:val="18"/>
        </w:rPr>
        <w:t xml:space="preserve"> a </w:t>
      </w:r>
      <w:proofErr w:type="spellStart"/>
      <w:r w:rsidR="00000701">
        <w:rPr>
          <w:color w:val="000000"/>
          <w:sz w:val="18"/>
          <w:szCs w:val="18"/>
        </w:rPr>
        <w:t>progetti</w:t>
      </w:r>
      <w:proofErr w:type="spellEnd"/>
      <w:r w:rsidR="00000701">
        <w:rPr>
          <w:color w:val="000000"/>
          <w:sz w:val="18"/>
          <w:szCs w:val="18"/>
        </w:rPr>
        <w:t xml:space="preserve"> di </w:t>
      </w:r>
      <w:proofErr w:type="spellStart"/>
      <w:r w:rsidR="00000701">
        <w:rPr>
          <w:color w:val="000000"/>
          <w:sz w:val="18"/>
          <w:szCs w:val="18"/>
        </w:rPr>
        <w:t>ricerca</w:t>
      </w:r>
      <w:proofErr w:type="spellEnd"/>
      <w:r w:rsidR="00000701">
        <w:rPr>
          <w:color w:val="000000"/>
          <w:sz w:val="18"/>
          <w:szCs w:val="18"/>
        </w:rPr>
        <w:t xml:space="preserve"> </w:t>
      </w:r>
      <w:proofErr w:type="spellStart"/>
      <w:r w:rsidR="00000701">
        <w:rPr>
          <w:color w:val="000000"/>
          <w:sz w:val="18"/>
          <w:szCs w:val="18"/>
        </w:rPr>
        <w:t>nazionali</w:t>
      </w:r>
      <w:proofErr w:type="spellEnd"/>
      <w:r w:rsidR="00000701">
        <w:rPr>
          <w:color w:val="000000"/>
          <w:sz w:val="18"/>
          <w:szCs w:val="18"/>
        </w:rPr>
        <w:t xml:space="preserve">, </w:t>
      </w:r>
      <w:proofErr w:type="spellStart"/>
      <w:r w:rsidR="00000701">
        <w:rPr>
          <w:color w:val="000000"/>
          <w:sz w:val="18"/>
          <w:szCs w:val="18"/>
        </w:rPr>
        <w:t>europei</w:t>
      </w:r>
      <w:proofErr w:type="spellEnd"/>
      <w:r w:rsidR="00000701">
        <w:rPr>
          <w:color w:val="000000"/>
          <w:sz w:val="18"/>
          <w:szCs w:val="18"/>
        </w:rPr>
        <w:t xml:space="preserve"> o </w:t>
      </w:r>
      <w:proofErr w:type="spellStart"/>
      <w:r w:rsidR="00000701">
        <w:rPr>
          <w:color w:val="000000"/>
          <w:sz w:val="18"/>
          <w:szCs w:val="18"/>
        </w:rPr>
        <w:t>internazionali</w:t>
      </w:r>
      <w:proofErr w:type="spellEnd"/>
      <w:r w:rsidR="00000701">
        <w:rPr>
          <w:color w:val="000000"/>
          <w:sz w:val="18"/>
          <w:szCs w:val="18"/>
        </w:rPr>
        <w:t xml:space="preserve">; </w:t>
      </w:r>
      <w:proofErr w:type="spellStart"/>
      <w:r w:rsidR="00000701">
        <w:rPr>
          <w:color w:val="000000"/>
          <w:sz w:val="18"/>
          <w:szCs w:val="18"/>
        </w:rPr>
        <w:t>partecipazione</w:t>
      </w:r>
      <w:proofErr w:type="spellEnd"/>
      <w:r w:rsidR="00000701">
        <w:rPr>
          <w:color w:val="000000"/>
          <w:sz w:val="18"/>
          <w:szCs w:val="18"/>
        </w:rPr>
        <w:t xml:space="preserve"> a </w:t>
      </w:r>
      <w:proofErr w:type="spellStart"/>
      <w:r w:rsidR="00000701">
        <w:rPr>
          <w:color w:val="000000"/>
          <w:sz w:val="18"/>
          <w:szCs w:val="18"/>
        </w:rPr>
        <w:t>gruppi</w:t>
      </w:r>
      <w:proofErr w:type="spellEnd"/>
      <w:r w:rsidR="00000701">
        <w:rPr>
          <w:color w:val="000000"/>
          <w:sz w:val="18"/>
          <w:szCs w:val="18"/>
        </w:rPr>
        <w:t xml:space="preserve">, </w:t>
      </w:r>
      <w:proofErr w:type="spellStart"/>
      <w:r w:rsidR="00000701">
        <w:rPr>
          <w:color w:val="000000"/>
          <w:sz w:val="18"/>
          <w:szCs w:val="18"/>
        </w:rPr>
        <w:t>reti</w:t>
      </w:r>
      <w:proofErr w:type="spellEnd"/>
      <w:r w:rsidR="00000701">
        <w:rPr>
          <w:color w:val="000000"/>
          <w:sz w:val="18"/>
          <w:szCs w:val="18"/>
        </w:rPr>
        <w:t xml:space="preserve"> o </w:t>
      </w:r>
      <w:proofErr w:type="spellStart"/>
      <w:r w:rsidR="00000701">
        <w:rPr>
          <w:color w:val="000000"/>
          <w:sz w:val="18"/>
          <w:szCs w:val="18"/>
        </w:rPr>
        <w:t>laboratori</w:t>
      </w:r>
      <w:proofErr w:type="spellEnd"/>
      <w:r w:rsidR="00000701">
        <w:rPr>
          <w:color w:val="000000"/>
          <w:sz w:val="18"/>
          <w:szCs w:val="18"/>
        </w:rPr>
        <w:t xml:space="preserve"> di </w:t>
      </w:r>
      <w:proofErr w:type="spellStart"/>
      <w:r w:rsidR="00000701">
        <w:rPr>
          <w:color w:val="000000"/>
          <w:sz w:val="18"/>
          <w:szCs w:val="18"/>
        </w:rPr>
        <w:t>ricerca</w:t>
      </w:r>
      <w:proofErr w:type="spellEnd"/>
      <w:r w:rsidR="00000701">
        <w:rPr>
          <w:color w:val="000000"/>
          <w:sz w:val="18"/>
          <w:szCs w:val="18"/>
        </w:rPr>
        <w:t xml:space="preserve">; </w:t>
      </w:r>
      <w:proofErr w:type="spellStart"/>
      <w:r w:rsidR="00000701">
        <w:rPr>
          <w:color w:val="000000"/>
          <w:sz w:val="18"/>
          <w:szCs w:val="18"/>
        </w:rPr>
        <w:t>periodi</w:t>
      </w:r>
      <w:proofErr w:type="spellEnd"/>
      <w:r w:rsidR="00000701">
        <w:rPr>
          <w:color w:val="000000"/>
          <w:sz w:val="18"/>
          <w:szCs w:val="18"/>
        </w:rPr>
        <w:t xml:space="preserve"> di </w:t>
      </w:r>
      <w:proofErr w:type="spellStart"/>
      <w:r w:rsidR="00000701">
        <w:rPr>
          <w:color w:val="000000"/>
          <w:sz w:val="18"/>
          <w:szCs w:val="18"/>
        </w:rPr>
        <w:t>ricerca</w:t>
      </w:r>
      <w:proofErr w:type="spellEnd"/>
      <w:r w:rsidR="00000701">
        <w:rPr>
          <w:color w:val="000000"/>
          <w:sz w:val="18"/>
          <w:szCs w:val="18"/>
        </w:rPr>
        <w:t xml:space="preserve"> </w:t>
      </w:r>
      <w:proofErr w:type="spellStart"/>
      <w:r w:rsidR="00000701">
        <w:rPr>
          <w:color w:val="000000"/>
          <w:sz w:val="18"/>
          <w:szCs w:val="18"/>
        </w:rPr>
        <w:t>presso</w:t>
      </w:r>
      <w:proofErr w:type="spellEnd"/>
      <w:r w:rsidR="00000701">
        <w:rPr>
          <w:color w:val="000000"/>
          <w:sz w:val="18"/>
          <w:szCs w:val="18"/>
        </w:rPr>
        <w:t xml:space="preserve"> </w:t>
      </w:r>
      <w:proofErr w:type="spellStart"/>
      <w:r w:rsidR="00000701">
        <w:rPr>
          <w:color w:val="000000"/>
          <w:sz w:val="18"/>
          <w:szCs w:val="18"/>
        </w:rPr>
        <w:t>Atenei</w:t>
      </w:r>
      <w:proofErr w:type="spellEnd"/>
      <w:r w:rsidR="00000701">
        <w:rPr>
          <w:color w:val="000000"/>
          <w:sz w:val="18"/>
          <w:szCs w:val="18"/>
        </w:rPr>
        <w:t xml:space="preserve"> o </w:t>
      </w:r>
      <w:proofErr w:type="spellStart"/>
      <w:r w:rsidR="00000701">
        <w:rPr>
          <w:color w:val="000000"/>
          <w:sz w:val="18"/>
          <w:szCs w:val="18"/>
        </w:rPr>
        <w:t>enti</w:t>
      </w:r>
      <w:proofErr w:type="spellEnd"/>
      <w:r w:rsidR="00000701">
        <w:rPr>
          <w:color w:val="000000"/>
          <w:sz w:val="18"/>
          <w:szCs w:val="18"/>
        </w:rPr>
        <w:t xml:space="preserve"> di </w:t>
      </w:r>
      <w:proofErr w:type="spellStart"/>
      <w:r w:rsidR="00000701">
        <w:rPr>
          <w:color w:val="000000"/>
          <w:sz w:val="18"/>
          <w:szCs w:val="18"/>
        </w:rPr>
        <w:t>ricerca</w:t>
      </w:r>
      <w:proofErr w:type="spellEnd"/>
      <w:r w:rsidR="00000701">
        <w:rPr>
          <w:color w:val="000000"/>
          <w:sz w:val="18"/>
          <w:szCs w:val="18"/>
        </w:rPr>
        <w:t xml:space="preserve"> </w:t>
      </w:r>
      <w:proofErr w:type="spellStart"/>
      <w:r w:rsidR="00000701">
        <w:rPr>
          <w:color w:val="000000"/>
          <w:sz w:val="18"/>
          <w:szCs w:val="18"/>
        </w:rPr>
        <w:t>italiani</w:t>
      </w:r>
      <w:proofErr w:type="spellEnd"/>
      <w:r w:rsidR="00000701">
        <w:rPr>
          <w:color w:val="000000"/>
          <w:sz w:val="18"/>
          <w:szCs w:val="18"/>
        </w:rPr>
        <w:t xml:space="preserve"> o </w:t>
      </w:r>
      <w:proofErr w:type="spellStart"/>
      <w:r w:rsidR="00000701">
        <w:rPr>
          <w:color w:val="000000"/>
          <w:sz w:val="18"/>
          <w:szCs w:val="18"/>
        </w:rPr>
        <w:t>esteri</w:t>
      </w:r>
      <w:proofErr w:type="spellEnd"/>
      <w:r w:rsidR="00000701">
        <w:rPr>
          <w:color w:val="000000"/>
          <w:sz w:val="18"/>
          <w:szCs w:val="18"/>
        </w:rPr>
        <w:t xml:space="preserve">; </w:t>
      </w:r>
      <w:proofErr w:type="spellStart"/>
      <w:r w:rsidR="00000701">
        <w:rPr>
          <w:color w:val="000000"/>
          <w:sz w:val="18"/>
          <w:szCs w:val="18"/>
        </w:rPr>
        <w:t>organizzazione</w:t>
      </w:r>
      <w:proofErr w:type="spellEnd"/>
      <w:r w:rsidR="00000701">
        <w:rPr>
          <w:color w:val="000000"/>
          <w:sz w:val="18"/>
          <w:szCs w:val="18"/>
        </w:rPr>
        <w:t xml:space="preserve"> e </w:t>
      </w:r>
      <w:proofErr w:type="spellStart"/>
      <w:r w:rsidR="00000701">
        <w:rPr>
          <w:color w:val="000000"/>
          <w:sz w:val="18"/>
          <w:szCs w:val="18"/>
        </w:rPr>
        <w:t>partecipazione</w:t>
      </w:r>
      <w:proofErr w:type="spellEnd"/>
      <w:r w:rsidR="00000701">
        <w:rPr>
          <w:color w:val="000000"/>
          <w:sz w:val="18"/>
          <w:szCs w:val="18"/>
        </w:rPr>
        <w:t xml:space="preserve"> a </w:t>
      </w:r>
      <w:proofErr w:type="spellStart"/>
      <w:r w:rsidR="00000701">
        <w:rPr>
          <w:color w:val="000000"/>
          <w:sz w:val="18"/>
          <w:szCs w:val="18"/>
        </w:rPr>
        <w:t>convegni</w:t>
      </w:r>
      <w:proofErr w:type="spellEnd"/>
      <w:r w:rsidR="00000701">
        <w:rPr>
          <w:color w:val="000000"/>
          <w:sz w:val="18"/>
          <w:szCs w:val="18"/>
        </w:rPr>
        <w:t xml:space="preserve"> e workshop </w:t>
      </w:r>
      <w:proofErr w:type="spellStart"/>
      <w:r w:rsidR="00000701">
        <w:rPr>
          <w:color w:val="000000"/>
          <w:sz w:val="18"/>
          <w:szCs w:val="18"/>
        </w:rPr>
        <w:t>scientifici</w:t>
      </w:r>
      <w:proofErr w:type="spellEnd"/>
      <w:r w:rsidR="00000701">
        <w:rPr>
          <w:color w:val="000000"/>
          <w:sz w:val="18"/>
          <w:szCs w:val="18"/>
        </w:rPr>
        <w:t xml:space="preserve">; </w:t>
      </w:r>
      <w:proofErr w:type="spellStart"/>
      <w:r w:rsidR="00000701">
        <w:rPr>
          <w:color w:val="000000"/>
          <w:sz w:val="18"/>
          <w:szCs w:val="18"/>
        </w:rPr>
        <w:t>premi</w:t>
      </w:r>
      <w:proofErr w:type="spellEnd"/>
      <w:r w:rsidR="00000701">
        <w:rPr>
          <w:color w:val="000000"/>
          <w:sz w:val="18"/>
          <w:szCs w:val="18"/>
        </w:rPr>
        <w:t xml:space="preserve">, </w:t>
      </w:r>
      <w:proofErr w:type="spellStart"/>
      <w:r w:rsidR="00000701">
        <w:rPr>
          <w:color w:val="000000"/>
          <w:sz w:val="18"/>
          <w:szCs w:val="18"/>
        </w:rPr>
        <w:t>riconoscimenti</w:t>
      </w:r>
      <w:proofErr w:type="spellEnd"/>
      <w:r w:rsidR="00000701">
        <w:rPr>
          <w:color w:val="000000"/>
          <w:sz w:val="18"/>
          <w:szCs w:val="18"/>
        </w:rPr>
        <w:t xml:space="preserve">, </w:t>
      </w:r>
      <w:proofErr w:type="spellStart"/>
      <w:r w:rsidR="00000701">
        <w:rPr>
          <w:color w:val="000000"/>
          <w:sz w:val="18"/>
          <w:szCs w:val="18"/>
        </w:rPr>
        <w:t>brevetti</w:t>
      </w:r>
      <w:proofErr w:type="spellEnd"/>
      <w:r w:rsidR="00000701">
        <w:rPr>
          <w:color w:val="000000"/>
          <w:sz w:val="18"/>
          <w:szCs w:val="18"/>
        </w:rPr>
        <w:t xml:space="preserve">, </w:t>
      </w:r>
      <w:proofErr w:type="spellStart"/>
      <w:r w:rsidR="00000701">
        <w:rPr>
          <w:color w:val="000000"/>
          <w:sz w:val="18"/>
          <w:szCs w:val="18"/>
        </w:rPr>
        <w:t>borse</w:t>
      </w:r>
      <w:proofErr w:type="spellEnd"/>
      <w:r w:rsidR="00000701">
        <w:rPr>
          <w:color w:val="000000"/>
          <w:sz w:val="18"/>
          <w:szCs w:val="18"/>
        </w:rPr>
        <w:t xml:space="preserve"> di studio o </w:t>
      </w:r>
      <w:proofErr w:type="spellStart"/>
      <w:r w:rsidR="00000701">
        <w:rPr>
          <w:color w:val="000000"/>
          <w:sz w:val="18"/>
          <w:szCs w:val="18"/>
        </w:rPr>
        <w:t>assegni</w:t>
      </w:r>
      <w:proofErr w:type="spellEnd"/>
      <w:r w:rsidR="00000701">
        <w:rPr>
          <w:color w:val="000000"/>
          <w:sz w:val="18"/>
          <w:szCs w:val="18"/>
        </w:rPr>
        <w:t xml:space="preserve"> di </w:t>
      </w:r>
      <w:proofErr w:type="spellStart"/>
      <w:r w:rsidR="00000701">
        <w:rPr>
          <w:color w:val="000000"/>
          <w:sz w:val="18"/>
          <w:szCs w:val="18"/>
        </w:rPr>
        <w:t>ricerca</w:t>
      </w:r>
      <w:proofErr w:type="spellEnd"/>
      <w:r w:rsidR="00000701">
        <w:rPr>
          <w:color w:val="000000"/>
          <w:sz w:val="18"/>
          <w:szCs w:val="18"/>
        </w:rPr>
        <w:t xml:space="preserve">; </w:t>
      </w:r>
      <w:proofErr w:type="spellStart"/>
      <w:r w:rsidR="00000701">
        <w:rPr>
          <w:color w:val="000000"/>
          <w:sz w:val="18"/>
          <w:szCs w:val="18"/>
        </w:rPr>
        <w:t>ulteriori</w:t>
      </w:r>
      <w:proofErr w:type="spellEnd"/>
      <w:r w:rsidR="00000701">
        <w:rPr>
          <w:color w:val="000000"/>
          <w:sz w:val="18"/>
          <w:szCs w:val="18"/>
        </w:rPr>
        <w:t xml:space="preserve"> </w:t>
      </w:r>
      <w:proofErr w:type="spellStart"/>
      <w:r w:rsidR="00000701">
        <w:rPr>
          <w:color w:val="000000"/>
          <w:sz w:val="18"/>
          <w:szCs w:val="18"/>
        </w:rPr>
        <w:t>elementi</w:t>
      </w:r>
      <w:proofErr w:type="spellEnd"/>
      <w:r w:rsidR="00000701">
        <w:rPr>
          <w:color w:val="000000"/>
          <w:sz w:val="18"/>
          <w:szCs w:val="18"/>
        </w:rPr>
        <w:t xml:space="preserve"> </w:t>
      </w:r>
      <w:proofErr w:type="spellStart"/>
      <w:r w:rsidR="00000701">
        <w:rPr>
          <w:color w:val="000000"/>
          <w:sz w:val="18"/>
          <w:szCs w:val="18"/>
        </w:rPr>
        <w:t>che</w:t>
      </w:r>
      <w:proofErr w:type="spellEnd"/>
      <w:r w:rsidR="00000701">
        <w:rPr>
          <w:color w:val="000000"/>
          <w:sz w:val="18"/>
          <w:szCs w:val="18"/>
        </w:rPr>
        <w:t xml:space="preserve"> </w:t>
      </w:r>
      <w:proofErr w:type="spellStart"/>
      <w:r w:rsidR="00000701">
        <w:rPr>
          <w:color w:val="000000"/>
          <w:sz w:val="18"/>
          <w:szCs w:val="18"/>
        </w:rPr>
        <w:t>arricchiscono</w:t>
      </w:r>
      <w:proofErr w:type="spellEnd"/>
      <w:r w:rsidR="00000701">
        <w:rPr>
          <w:color w:val="000000"/>
          <w:sz w:val="18"/>
          <w:szCs w:val="18"/>
        </w:rPr>
        <w:t xml:space="preserve"> il </w:t>
      </w:r>
      <w:proofErr w:type="spellStart"/>
      <w:r w:rsidR="00000701">
        <w:rPr>
          <w:color w:val="000000"/>
          <w:sz w:val="18"/>
          <w:szCs w:val="18"/>
        </w:rPr>
        <w:t>profilo</w:t>
      </w:r>
      <w:proofErr w:type="spellEnd"/>
      <w:r w:rsidR="00000701">
        <w:rPr>
          <w:color w:val="000000"/>
          <w:sz w:val="18"/>
          <w:szCs w:val="18"/>
        </w:rPr>
        <w:t xml:space="preserve"> </w:t>
      </w:r>
      <w:proofErr w:type="spellStart"/>
      <w:r w:rsidR="00000701">
        <w:rPr>
          <w:color w:val="000000"/>
          <w:sz w:val="18"/>
          <w:szCs w:val="18"/>
        </w:rPr>
        <w:t>curriculare</w:t>
      </w:r>
      <w:proofErr w:type="spellEnd"/>
      <w:r w:rsidR="00000701">
        <w:rPr>
          <w:color w:val="000000"/>
          <w:sz w:val="18"/>
          <w:szCs w:val="18"/>
        </w:rPr>
        <w:t xml:space="preserve"> del </w:t>
      </w:r>
      <w:proofErr w:type="spellStart"/>
      <w:r w:rsidR="00000701">
        <w:rPr>
          <w:color w:val="000000"/>
          <w:sz w:val="18"/>
          <w:szCs w:val="18"/>
        </w:rPr>
        <w:t>candidato</w:t>
      </w:r>
      <w:proofErr w:type="spellEnd"/>
      <w:r>
        <w:rPr>
          <w:color w:val="000000"/>
          <w:sz w:val="18"/>
          <w:szCs w:val="18"/>
        </w:rPr>
        <w:t>)</w:t>
      </w:r>
    </w:p>
    <w:p w14:paraId="282BD4EC" w14:textId="6E85C278" w:rsidR="009D0BF3" w:rsidRPr="00A00078" w:rsidRDefault="009D0BF3" w:rsidP="009D0BF3">
      <w:pPr>
        <w:pStyle w:val="Titolo2"/>
        <w:jc w:val="both"/>
      </w:pPr>
      <w:r w:rsidRPr="009D0BF3">
        <w:t xml:space="preserve">A3 – </w:t>
      </w:r>
      <w:proofErr w:type="spellStart"/>
      <w:r>
        <w:t>Progetti</w:t>
      </w:r>
      <w:proofErr w:type="spellEnd"/>
      <w:r>
        <w:t xml:space="preserve"> di </w:t>
      </w:r>
      <w:proofErr w:type="spellStart"/>
      <w:r>
        <w:t>ricerca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09"/>
        <w:gridCol w:w="2312"/>
        <w:gridCol w:w="2321"/>
        <w:gridCol w:w="2305"/>
      </w:tblGrid>
      <w:tr w:rsidR="008139C7" w14:paraId="0C782AA1" w14:textId="77777777" w:rsidTr="001D22A7">
        <w:trPr>
          <w:trHeight w:val="336"/>
        </w:trPr>
        <w:tc>
          <w:tcPr>
            <w:tcW w:w="2350" w:type="dxa"/>
          </w:tcPr>
          <w:p w14:paraId="105E8CC9" w14:textId="77777777" w:rsidR="008139C7" w:rsidRDefault="00000000" w:rsidP="001D22A7">
            <w:pPr>
              <w:jc w:val="both"/>
            </w:pPr>
            <w:proofErr w:type="spellStart"/>
            <w:r>
              <w:t>Periodo</w:t>
            </w:r>
            <w:proofErr w:type="spellEnd"/>
          </w:p>
        </w:tc>
        <w:tc>
          <w:tcPr>
            <w:tcW w:w="2350" w:type="dxa"/>
          </w:tcPr>
          <w:p w14:paraId="164BA223" w14:textId="77777777" w:rsidR="008139C7" w:rsidRDefault="00000000" w:rsidP="001D22A7">
            <w:pPr>
              <w:jc w:val="both"/>
            </w:pPr>
            <w:r>
              <w:t>Progetto</w:t>
            </w:r>
          </w:p>
        </w:tc>
        <w:tc>
          <w:tcPr>
            <w:tcW w:w="2350" w:type="dxa"/>
          </w:tcPr>
          <w:p w14:paraId="6E97C525" w14:textId="77777777" w:rsidR="008139C7" w:rsidRDefault="00000000" w:rsidP="001D22A7">
            <w:pPr>
              <w:jc w:val="both"/>
            </w:pPr>
            <w:r>
              <w:t xml:space="preserve">Ente </w:t>
            </w:r>
            <w:proofErr w:type="spellStart"/>
            <w:r>
              <w:t>finanziatore</w:t>
            </w:r>
            <w:proofErr w:type="spellEnd"/>
          </w:p>
        </w:tc>
        <w:tc>
          <w:tcPr>
            <w:tcW w:w="2350" w:type="dxa"/>
          </w:tcPr>
          <w:p w14:paraId="4F7311A1" w14:textId="77777777" w:rsidR="008139C7" w:rsidRDefault="00000000" w:rsidP="001D22A7">
            <w:pPr>
              <w:jc w:val="both"/>
            </w:pPr>
            <w:proofErr w:type="spellStart"/>
            <w:r>
              <w:t>Ruolo</w:t>
            </w:r>
            <w:proofErr w:type="spellEnd"/>
            <w:r>
              <w:t xml:space="preserve"> </w:t>
            </w:r>
            <w:proofErr w:type="spellStart"/>
            <w:r>
              <w:t>svolto</w:t>
            </w:r>
            <w:proofErr w:type="spellEnd"/>
          </w:p>
        </w:tc>
      </w:tr>
      <w:tr w:rsidR="008139C7" w14:paraId="146BF78C" w14:textId="77777777" w:rsidTr="001D22A7">
        <w:trPr>
          <w:trHeight w:val="270"/>
        </w:trPr>
        <w:tc>
          <w:tcPr>
            <w:tcW w:w="2350" w:type="dxa"/>
          </w:tcPr>
          <w:p w14:paraId="79080D7E" w14:textId="77777777" w:rsidR="008139C7" w:rsidRDefault="008139C7" w:rsidP="001D22A7">
            <w:pPr>
              <w:jc w:val="both"/>
            </w:pPr>
          </w:p>
        </w:tc>
        <w:tc>
          <w:tcPr>
            <w:tcW w:w="2350" w:type="dxa"/>
          </w:tcPr>
          <w:p w14:paraId="44FAA504" w14:textId="77777777" w:rsidR="008139C7" w:rsidRDefault="008139C7" w:rsidP="001D22A7">
            <w:pPr>
              <w:jc w:val="both"/>
            </w:pPr>
          </w:p>
        </w:tc>
        <w:tc>
          <w:tcPr>
            <w:tcW w:w="2350" w:type="dxa"/>
          </w:tcPr>
          <w:p w14:paraId="5E99693C" w14:textId="77777777" w:rsidR="008139C7" w:rsidRDefault="008139C7" w:rsidP="001D22A7">
            <w:pPr>
              <w:jc w:val="both"/>
            </w:pPr>
          </w:p>
        </w:tc>
        <w:tc>
          <w:tcPr>
            <w:tcW w:w="2350" w:type="dxa"/>
          </w:tcPr>
          <w:p w14:paraId="3E671A62" w14:textId="77777777" w:rsidR="008139C7" w:rsidRDefault="008139C7" w:rsidP="001D22A7">
            <w:pPr>
              <w:jc w:val="both"/>
            </w:pPr>
          </w:p>
        </w:tc>
      </w:tr>
    </w:tbl>
    <w:p w14:paraId="0D047673" w14:textId="2A15297E" w:rsidR="008139C7" w:rsidRDefault="00000000" w:rsidP="001D22A7">
      <w:pPr>
        <w:pStyle w:val="Titolo2"/>
        <w:jc w:val="both"/>
      </w:pPr>
      <w:r>
        <w:t xml:space="preserve">A3 – </w:t>
      </w:r>
      <w:proofErr w:type="spellStart"/>
      <w:r>
        <w:t>Gruppi</w:t>
      </w:r>
      <w:proofErr w:type="spellEnd"/>
      <w:r>
        <w:t xml:space="preserve">, </w:t>
      </w:r>
      <w:proofErr w:type="spellStart"/>
      <w:r>
        <w:t>reti</w:t>
      </w:r>
      <w:proofErr w:type="spellEnd"/>
      <w:r>
        <w:t xml:space="preserve"> e </w:t>
      </w:r>
      <w:r w:rsidR="0093085E">
        <w:t>laboratory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3"/>
        <w:gridCol w:w="3086"/>
        <w:gridCol w:w="3078"/>
      </w:tblGrid>
      <w:tr w:rsidR="008139C7" w14:paraId="7503218E" w14:textId="77777777" w:rsidTr="001D22A7">
        <w:trPr>
          <w:trHeight w:val="249"/>
        </w:trPr>
        <w:tc>
          <w:tcPr>
            <w:tcW w:w="3136" w:type="dxa"/>
          </w:tcPr>
          <w:p w14:paraId="7F40E347" w14:textId="77777777" w:rsidR="008139C7" w:rsidRDefault="00000000" w:rsidP="001D22A7">
            <w:pPr>
              <w:jc w:val="both"/>
            </w:pPr>
            <w:proofErr w:type="spellStart"/>
            <w:r>
              <w:t>Periodo</w:t>
            </w:r>
            <w:proofErr w:type="spellEnd"/>
          </w:p>
        </w:tc>
        <w:tc>
          <w:tcPr>
            <w:tcW w:w="3136" w:type="dxa"/>
          </w:tcPr>
          <w:p w14:paraId="775C2243" w14:textId="77777777" w:rsidR="008139C7" w:rsidRDefault="00000000" w:rsidP="001D22A7">
            <w:pPr>
              <w:jc w:val="both"/>
            </w:pPr>
            <w:proofErr w:type="spellStart"/>
            <w:r>
              <w:t>Struttura</w:t>
            </w:r>
            <w:proofErr w:type="spellEnd"/>
          </w:p>
        </w:tc>
        <w:tc>
          <w:tcPr>
            <w:tcW w:w="3136" w:type="dxa"/>
          </w:tcPr>
          <w:p w14:paraId="249B4DC4" w14:textId="77777777" w:rsidR="008139C7" w:rsidRDefault="00000000" w:rsidP="001D22A7">
            <w:pPr>
              <w:jc w:val="both"/>
            </w:pPr>
            <w:proofErr w:type="spellStart"/>
            <w:r>
              <w:t>Ruolo</w:t>
            </w:r>
            <w:proofErr w:type="spellEnd"/>
          </w:p>
        </w:tc>
      </w:tr>
      <w:tr w:rsidR="008139C7" w14:paraId="6A465547" w14:textId="77777777" w:rsidTr="001D22A7">
        <w:trPr>
          <w:trHeight w:val="259"/>
        </w:trPr>
        <w:tc>
          <w:tcPr>
            <w:tcW w:w="3136" w:type="dxa"/>
          </w:tcPr>
          <w:p w14:paraId="142B3E1F" w14:textId="77777777" w:rsidR="008139C7" w:rsidRDefault="008139C7" w:rsidP="001D22A7">
            <w:pPr>
              <w:jc w:val="both"/>
            </w:pPr>
          </w:p>
        </w:tc>
        <w:tc>
          <w:tcPr>
            <w:tcW w:w="3136" w:type="dxa"/>
          </w:tcPr>
          <w:p w14:paraId="59FAF6B7" w14:textId="77777777" w:rsidR="008139C7" w:rsidRDefault="008139C7" w:rsidP="001D22A7">
            <w:pPr>
              <w:jc w:val="both"/>
            </w:pPr>
          </w:p>
        </w:tc>
        <w:tc>
          <w:tcPr>
            <w:tcW w:w="3136" w:type="dxa"/>
          </w:tcPr>
          <w:p w14:paraId="0BD7A0F4" w14:textId="77777777" w:rsidR="008139C7" w:rsidRDefault="008139C7" w:rsidP="001D22A7">
            <w:pPr>
              <w:jc w:val="both"/>
            </w:pPr>
          </w:p>
        </w:tc>
      </w:tr>
    </w:tbl>
    <w:p w14:paraId="27427E2E" w14:textId="77777777" w:rsidR="008139C7" w:rsidRDefault="00000000" w:rsidP="001D22A7">
      <w:pPr>
        <w:pStyle w:val="Titolo2"/>
        <w:jc w:val="both"/>
      </w:pPr>
      <w:r>
        <w:t xml:space="preserve">A3 – </w:t>
      </w:r>
      <w:proofErr w:type="spellStart"/>
      <w:r>
        <w:t>Periodi</w:t>
      </w:r>
      <w:proofErr w:type="spellEnd"/>
      <w:r>
        <w:t xml:space="preserve"> di </w:t>
      </w:r>
      <w:proofErr w:type="spellStart"/>
      <w:r>
        <w:t>ricerca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12"/>
        <w:gridCol w:w="2320"/>
        <w:gridCol w:w="2305"/>
        <w:gridCol w:w="2310"/>
      </w:tblGrid>
      <w:tr w:rsidR="008139C7" w14:paraId="77949097" w14:textId="77777777" w:rsidTr="001D22A7">
        <w:trPr>
          <w:trHeight w:val="306"/>
        </w:trPr>
        <w:tc>
          <w:tcPr>
            <w:tcW w:w="2355" w:type="dxa"/>
          </w:tcPr>
          <w:p w14:paraId="3CEF6814" w14:textId="77777777" w:rsidR="008139C7" w:rsidRDefault="00000000" w:rsidP="001D22A7">
            <w:pPr>
              <w:jc w:val="both"/>
            </w:pPr>
            <w:proofErr w:type="spellStart"/>
            <w:r>
              <w:t>Periodo</w:t>
            </w:r>
            <w:proofErr w:type="spellEnd"/>
          </w:p>
        </w:tc>
        <w:tc>
          <w:tcPr>
            <w:tcW w:w="2355" w:type="dxa"/>
          </w:tcPr>
          <w:p w14:paraId="4778980A" w14:textId="77777777" w:rsidR="008139C7" w:rsidRDefault="00000000" w:rsidP="001D22A7">
            <w:pPr>
              <w:jc w:val="both"/>
            </w:pPr>
            <w:proofErr w:type="spellStart"/>
            <w:r>
              <w:t>Istituzione</w:t>
            </w:r>
            <w:proofErr w:type="spellEnd"/>
          </w:p>
        </w:tc>
        <w:tc>
          <w:tcPr>
            <w:tcW w:w="2355" w:type="dxa"/>
          </w:tcPr>
          <w:p w14:paraId="786D8A20" w14:textId="77777777" w:rsidR="008139C7" w:rsidRDefault="00000000" w:rsidP="001D22A7">
            <w:pPr>
              <w:jc w:val="both"/>
            </w:pPr>
            <w:r>
              <w:t>Paese</w:t>
            </w:r>
          </w:p>
        </w:tc>
        <w:tc>
          <w:tcPr>
            <w:tcW w:w="2355" w:type="dxa"/>
          </w:tcPr>
          <w:p w14:paraId="1D58ED4E" w14:textId="77777777" w:rsidR="008139C7" w:rsidRDefault="00000000" w:rsidP="001D22A7">
            <w:pPr>
              <w:jc w:val="both"/>
            </w:pP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svolta</w:t>
            </w:r>
            <w:proofErr w:type="spellEnd"/>
          </w:p>
        </w:tc>
      </w:tr>
      <w:tr w:rsidR="008139C7" w14:paraId="72E9E145" w14:textId="77777777" w:rsidTr="001D22A7">
        <w:trPr>
          <w:trHeight w:val="318"/>
        </w:trPr>
        <w:tc>
          <w:tcPr>
            <w:tcW w:w="2355" w:type="dxa"/>
          </w:tcPr>
          <w:p w14:paraId="197BE718" w14:textId="77777777" w:rsidR="008139C7" w:rsidRDefault="008139C7" w:rsidP="001D22A7">
            <w:pPr>
              <w:jc w:val="both"/>
            </w:pPr>
          </w:p>
        </w:tc>
        <w:tc>
          <w:tcPr>
            <w:tcW w:w="2355" w:type="dxa"/>
          </w:tcPr>
          <w:p w14:paraId="415D4F79" w14:textId="77777777" w:rsidR="008139C7" w:rsidRDefault="008139C7" w:rsidP="001D22A7">
            <w:pPr>
              <w:jc w:val="both"/>
            </w:pPr>
          </w:p>
        </w:tc>
        <w:tc>
          <w:tcPr>
            <w:tcW w:w="2355" w:type="dxa"/>
          </w:tcPr>
          <w:p w14:paraId="33BEA0EF" w14:textId="77777777" w:rsidR="008139C7" w:rsidRDefault="008139C7" w:rsidP="001D22A7">
            <w:pPr>
              <w:jc w:val="both"/>
            </w:pPr>
          </w:p>
        </w:tc>
        <w:tc>
          <w:tcPr>
            <w:tcW w:w="2355" w:type="dxa"/>
          </w:tcPr>
          <w:p w14:paraId="3330D1B5" w14:textId="77777777" w:rsidR="008139C7" w:rsidRDefault="008139C7" w:rsidP="001D22A7">
            <w:pPr>
              <w:jc w:val="both"/>
            </w:pPr>
          </w:p>
        </w:tc>
      </w:tr>
    </w:tbl>
    <w:p w14:paraId="11741013" w14:textId="77777777" w:rsidR="008139C7" w:rsidRDefault="00000000" w:rsidP="001D22A7">
      <w:pPr>
        <w:pStyle w:val="Titolo2"/>
        <w:jc w:val="both"/>
      </w:pPr>
      <w:r>
        <w:t xml:space="preserve">A3 – </w:t>
      </w:r>
      <w:proofErr w:type="spellStart"/>
      <w:r>
        <w:t>Convegni</w:t>
      </w:r>
      <w:proofErr w:type="spellEnd"/>
      <w:r>
        <w:t>/workshop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0"/>
        <w:gridCol w:w="3085"/>
        <w:gridCol w:w="3082"/>
      </w:tblGrid>
      <w:tr w:rsidR="008139C7" w14:paraId="477DD192" w14:textId="77777777" w:rsidTr="001D22A7">
        <w:trPr>
          <w:trHeight w:val="296"/>
        </w:trPr>
        <w:tc>
          <w:tcPr>
            <w:tcW w:w="3140" w:type="dxa"/>
          </w:tcPr>
          <w:p w14:paraId="2C99740F" w14:textId="77777777" w:rsidR="008139C7" w:rsidRDefault="00000000" w:rsidP="001D22A7">
            <w:pPr>
              <w:jc w:val="both"/>
            </w:pPr>
            <w:r>
              <w:t>Anno</w:t>
            </w:r>
          </w:p>
        </w:tc>
        <w:tc>
          <w:tcPr>
            <w:tcW w:w="3140" w:type="dxa"/>
          </w:tcPr>
          <w:p w14:paraId="16061E0C" w14:textId="77777777" w:rsidR="008139C7" w:rsidRDefault="00000000" w:rsidP="001D22A7">
            <w:pPr>
              <w:jc w:val="both"/>
            </w:pPr>
            <w:proofErr w:type="spellStart"/>
            <w:r>
              <w:t>Evento</w:t>
            </w:r>
            <w:proofErr w:type="spellEnd"/>
          </w:p>
        </w:tc>
        <w:tc>
          <w:tcPr>
            <w:tcW w:w="3140" w:type="dxa"/>
          </w:tcPr>
          <w:p w14:paraId="03BB677D" w14:textId="77777777" w:rsidR="008139C7" w:rsidRDefault="00000000" w:rsidP="001D22A7">
            <w:pPr>
              <w:jc w:val="both"/>
            </w:pPr>
            <w:proofErr w:type="spellStart"/>
            <w:r>
              <w:t>Ruolo</w:t>
            </w:r>
            <w:proofErr w:type="spellEnd"/>
          </w:p>
        </w:tc>
      </w:tr>
      <w:tr w:rsidR="008139C7" w14:paraId="36E02410" w14:textId="77777777" w:rsidTr="001D22A7">
        <w:trPr>
          <w:trHeight w:val="308"/>
        </w:trPr>
        <w:tc>
          <w:tcPr>
            <w:tcW w:w="3140" w:type="dxa"/>
          </w:tcPr>
          <w:p w14:paraId="40DD997E" w14:textId="77777777" w:rsidR="008139C7" w:rsidRDefault="008139C7" w:rsidP="001D22A7">
            <w:pPr>
              <w:jc w:val="both"/>
            </w:pPr>
          </w:p>
        </w:tc>
        <w:tc>
          <w:tcPr>
            <w:tcW w:w="3140" w:type="dxa"/>
          </w:tcPr>
          <w:p w14:paraId="10564D3E" w14:textId="77777777" w:rsidR="008139C7" w:rsidRDefault="008139C7" w:rsidP="001D22A7">
            <w:pPr>
              <w:jc w:val="both"/>
            </w:pPr>
          </w:p>
        </w:tc>
        <w:tc>
          <w:tcPr>
            <w:tcW w:w="3140" w:type="dxa"/>
          </w:tcPr>
          <w:p w14:paraId="59DE0E87" w14:textId="77777777" w:rsidR="008139C7" w:rsidRDefault="008139C7" w:rsidP="001D22A7">
            <w:pPr>
              <w:jc w:val="both"/>
            </w:pPr>
          </w:p>
        </w:tc>
      </w:tr>
    </w:tbl>
    <w:p w14:paraId="4FD45D8B" w14:textId="77777777" w:rsidR="008139C7" w:rsidRDefault="00000000" w:rsidP="001D22A7">
      <w:pPr>
        <w:pStyle w:val="Titolo2"/>
        <w:jc w:val="both"/>
      </w:pPr>
      <w:r>
        <w:lastRenderedPageBreak/>
        <w:t>A3 – Premi/</w:t>
      </w:r>
      <w:proofErr w:type="spellStart"/>
      <w:r>
        <w:t>riconoscimenti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2"/>
        <w:gridCol w:w="3084"/>
        <w:gridCol w:w="3081"/>
      </w:tblGrid>
      <w:tr w:rsidR="008139C7" w14:paraId="15A3D7BF" w14:textId="77777777" w:rsidTr="001D22A7">
        <w:trPr>
          <w:trHeight w:val="282"/>
        </w:trPr>
        <w:tc>
          <w:tcPr>
            <w:tcW w:w="3147" w:type="dxa"/>
          </w:tcPr>
          <w:p w14:paraId="21156E45" w14:textId="77777777" w:rsidR="008139C7" w:rsidRDefault="00000000" w:rsidP="001D22A7">
            <w:pPr>
              <w:jc w:val="both"/>
            </w:pPr>
            <w:r>
              <w:t>Anno</w:t>
            </w:r>
          </w:p>
        </w:tc>
        <w:tc>
          <w:tcPr>
            <w:tcW w:w="3147" w:type="dxa"/>
          </w:tcPr>
          <w:p w14:paraId="4E341F90" w14:textId="77777777" w:rsidR="008139C7" w:rsidRDefault="00000000" w:rsidP="001D22A7">
            <w:pPr>
              <w:jc w:val="both"/>
            </w:pPr>
            <w:r>
              <w:t>Titolo</w:t>
            </w:r>
          </w:p>
        </w:tc>
        <w:tc>
          <w:tcPr>
            <w:tcW w:w="3147" w:type="dxa"/>
          </w:tcPr>
          <w:p w14:paraId="40ABB0A1" w14:textId="77777777" w:rsidR="008139C7" w:rsidRDefault="00000000" w:rsidP="001D22A7">
            <w:pPr>
              <w:jc w:val="both"/>
            </w:pPr>
            <w:r>
              <w:t>Ente</w:t>
            </w:r>
          </w:p>
        </w:tc>
      </w:tr>
      <w:tr w:rsidR="008139C7" w14:paraId="271DC5C4" w14:textId="77777777" w:rsidTr="001D22A7">
        <w:trPr>
          <w:trHeight w:val="293"/>
        </w:trPr>
        <w:tc>
          <w:tcPr>
            <w:tcW w:w="3147" w:type="dxa"/>
          </w:tcPr>
          <w:p w14:paraId="49988A43" w14:textId="77777777" w:rsidR="008139C7" w:rsidRDefault="008139C7" w:rsidP="001D22A7">
            <w:pPr>
              <w:jc w:val="both"/>
            </w:pPr>
          </w:p>
        </w:tc>
        <w:tc>
          <w:tcPr>
            <w:tcW w:w="3147" w:type="dxa"/>
          </w:tcPr>
          <w:p w14:paraId="7BFCF7F0" w14:textId="77777777" w:rsidR="008139C7" w:rsidRDefault="008139C7" w:rsidP="001D22A7">
            <w:pPr>
              <w:jc w:val="both"/>
            </w:pPr>
          </w:p>
        </w:tc>
        <w:tc>
          <w:tcPr>
            <w:tcW w:w="3147" w:type="dxa"/>
          </w:tcPr>
          <w:p w14:paraId="32C0BCF5" w14:textId="77777777" w:rsidR="008139C7" w:rsidRDefault="008139C7" w:rsidP="001D22A7">
            <w:pPr>
              <w:jc w:val="both"/>
            </w:pPr>
          </w:p>
        </w:tc>
      </w:tr>
    </w:tbl>
    <w:p w14:paraId="77DE2DFD" w14:textId="1AB63CB6" w:rsidR="00B117F7" w:rsidRDefault="00B117F7" w:rsidP="00B117F7">
      <w:pPr>
        <w:pStyle w:val="Titolo2"/>
        <w:jc w:val="both"/>
      </w:pPr>
      <w:r>
        <w:t>A3 – Altro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03"/>
        <w:gridCol w:w="2513"/>
        <w:gridCol w:w="2279"/>
        <w:gridCol w:w="2152"/>
      </w:tblGrid>
      <w:tr w:rsidR="003C3DC0" w14:paraId="7BF2B37F" w14:textId="25690C55" w:rsidTr="003C3DC0">
        <w:trPr>
          <w:trHeight w:val="282"/>
        </w:trPr>
        <w:tc>
          <w:tcPr>
            <w:tcW w:w="2365" w:type="dxa"/>
          </w:tcPr>
          <w:p w14:paraId="219741D7" w14:textId="77777777" w:rsidR="003C3DC0" w:rsidRDefault="003C3DC0" w:rsidP="00B0153B">
            <w:pPr>
              <w:jc w:val="both"/>
            </w:pPr>
            <w:r>
              <w:t>Anno</w:t>
            </w:r>
          </w:p>
        </w:tc>
        <w:tc>
          <w:tcPr>
            <w:tcW w:w="2559" w:type="dxa"/>
          </w:tcPr>
          <w:p w14:paraId="42C5A38E" w14:textId="3D28860A" w:rsidR="003C3DC0" w:rsidRDefault="003C3DC0" w:rsidP="00B0153B">
            <w:pPr>
              <w:jc w:val="both"/>
            </w:pPr>
            <w:proofErr w:type="spellStart"/>
            <w:r>
              <w:t>Descrizione</w:t>
            </w:r>
            <w:proofErr w:type="spellEnd"/>
            <w:r>
              <w:t xml:space="preserve"> </w:t>
            </w:r>
            <w:proofErr w:type="spellStart"/>
            <w:r>
              <w:t>attività</w:t>
            </w:r>
            <w:proofErr w:type="spellEnd"/>
          </w:p>
        </w:tc>
        <w:tc>
          <w:tcPr>
            <w:tcW w:w="2343" w:type="dxa"/>
          </w:tcPr>
          <w:p w14:paraId="33205F3F" w14:textId="77777777" w:rsidR="003C3DC0" w:rsidRDefault="003C3DC0" w:rsidP="00B0153B">
            <w:pPr>
              <w:jc w:val="both"/>
            </w:pPr>
            <w:r>
              <w:t>Ente</w:t>
            </w:r>
          </w:p>
        </w:tc>
        <w:tc>
          <w:tcPr>
            <w:tcW w:w="2206" w:type="dxa"/>
          </w:tcPr>
          <w:p w14:paraId="4A0AD5A5" w14:textId="280D90AA" w:rsidR="003C3DC0" w:rsidRDefault="003C3DC0" w:rsidP="00B0153B">
            <w:pPr>
              <w:jc w:val="both"/>
            </w:pPr>
            <w:proofErr w:type="spellStart"/>
            <w:r>
              <w:t>Ruolo</w:t>
            </w:r>
            <w:proofErr w:type="spellEnd"/>
          </w:p>
        </w:tc>
      </w:tr>
      <w:tr w:rsidR="003C3DC0" w14:paraId="76ADA666" w14:textId="04022A86" w:rsidTr="003C3DC0">
        <w:trPr>
          <w:trHeight w:val="293"/>
        </w:trPr>
        <w:tc>
          <w:tcPr>
            <w:tcW w:w="2365" w:type="dxa"/>
          </w:tcPr>
          <w:p w14:paraId="28DD1782" w14:textId="77777777" w:rsidR="003C3DC0" w:rsidRDefault="003C3DC0" w:rsidP="00B0153B">
            <w:pPr>
              <w:jc w:val="both"/>
            </w:pPr>
          </w:p>
        </w:tc>
        <w:tc>
          <w:tcPr>
            <w:tcW w:w="2559" w:type="dxa"/>
          </w:tcPr>
          <w:p w14:paraId="44DBA02E" w14:textId="77777777" w:rsidR="003C3DC0" w:rsidRDefault="003C3DC0" w:rsidP="00B0153B">
            <w:pPr>
              <w:jc w:val="both"/>
            </w:pPr>
          </w:p>
        </w:tc>
        <w:tc>
          <w:tcPr>
            <w:tcW w:w="2343" w:type="dxa"/>
          </w:tcPr>
          <w:p w14:paraId="389CE944" w14:textId="77777777" w:rsidR="003C3DC0" w:rsidRDefault="003C3DC0" w:rsidP="00B0153B">
            <w:pPr>
              <w:jc w:val="both"/>
            </w:pPr>
          </w:p>
        </w:tc>
        <w:tc>
          <w:tcPr>
            <w:tcW w:w="2206" w:type="dxa"/>
          </w:tcPr>
          <w:p w14:paraId="622613BF" w14:textId="77777777" w:rsidR="003C3DC0" w:rsidRDefault="003C3DC0" w:rsidP="00B0153B">
            <w:pPr>
              <w:jc w:val="both"/>
            </w:pPr>
          </w:p>
        </w:tc>
      </w:tr>
    </w:tbl>
    <w:p w14:paraId="4854CA35" w14:textId="77777777" w:rsidR="00B117F7" w:rsidRDefault="00B117F7" w:rsidP="001D22A7">
      <w:pPr>
        <w:pStyle w:val="Titolo2"/>
        <w:jc w:val="both"/>
      </w:pPr>
    </w:p>
    <w:p w14:paraId="6AC4F04A" w14:textId="4BCB10EA" w:rsidR="0005252C" w:rsidRDefault="0005252C" w:rsidP="001D22A7">
      <w:pPr>
        <w:pStyle w:val="Titolo2"/>
        <w:jc w:val="both"/>
      </w:pPr>
      <w:r>
        <w:t>A</w:t>
      </w:r>
      <w:r w:rsidR="00CF0B17">
        <w:t xml:space="preserve">4 – </w:t>
      </w:r>
      <w:proofErr w:type="spellStart"/>
      <w:r w:rsidR="00CF0B17">
        <w:t>Pubblicazioni</w:t>
      </w:r>
      <w:proofErr w:type="spellEnd"/>
      <w:r w:rsidR="00CF0B17">
        <w:t xml:space="preserve"> </w:t>
      </w:r>
      <w:proofErr w:type="spellStart"/>
      <w:r w:rsidR="00CF0B17">
        <w:t>scientifiche</w:t>
      </w:r>
      <w:proofErr w:type="spellEnd"/>
      <w:r w:rsidR="00CF0B17">
        <w:t>:</w:t>
      </w:r>
    </w:p>
    <w:p w14:paraId="546B21B0" w14:textId="6C00CEA0" w:rsidR="003425EC" w:rsidRPr="003425EC" w:rsidRDefault="003425EC" w:rsidP="00AE0072">
      <w:pPr>
        <w:jc w:val="both"/>
      </w:pPr>
      <w:r>
        <w:t>(</w:t>
      </w:r>
      <w:proofErr w:type="spellStart"/>
      <w:r>
        <w:rPr>
          <w:color w:val="000000"/>
          <w:sz w:val="18"/>
          <w:szCs w:val="18"/>
        </w:rPr>
        <w:t>Numero</w:t>
      </w:r>
      <w:proofErr w:type="spellEnd"/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qualità</w:t>
      </w:r>
      <w:proofErr w:type="spellEnd"/>
      <w:r>
        <w:rPr>
          <w:color w:val="000000"/>
          <w:sz w:val="18"/>
          <w:szCs w:val="18"/>
        </w:rPr>
        <w:t xml:space="preserve"> e </w:t>
      </w:r>
      <w:proofErr w:type="spellStart"/>
      <w:r>
        <w:rPr>
          <w:color w:val="000000"/>
          <w:sz w:val="18"/>
          <w:szCs w:val="18"/>
        </w:rPr>
        <w:t>impatto</w:t>
      </w:r>
      <w:proofErr w:type="spellEnd"/>
      <w:r>
        <w:rPr>
          <w:color w:val="000000"/>
          <w:sz w:val="18"/>
          <w:szCs w:val="18"/>
        </w:rPr>
        <w:t xml:space="preserve"> delle </w:t>
      </w:r>
      <w:proofErr w:type="spellStart"/>
      <w:r>
        <w:rPr>
          <w:color w:val="000000"/>
          <w:sz w:val="18"/>
          <w:szCs w:val="18"/>
        </w:rPr>
        <w:t>pubblicazioni</w:t>
      </w:r>
      <w:proofErr w:type="spellEnd"/>
      <w:r w:rsidR="002D6D53">
        <w:rPr>
          <w:color w:val="000000"/>
          <w:sz w:val="18"/>
          <w:szCs w:val="18"/>
        </w:rPr>
        <w:t>. A</w:t>
      </w:r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titolo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esemplificativo</w:t>
      </w:r>
      <w:proofErr w:type="spellEnd"/>
      <w:r>
        <w:rPr>
          <w:color w:val="000000"/>
          <w:sz w:val="18"/>
          <w:szCs w:val="18"/>
        </w:rPr>
        <w:t xml:space="preserve">: </w:t>
      </w:r>
      <w:proofErr w:type="spellStart"/>
      <w:r>
        <w:rPr>
          <w:color w:val="000000"/>
          <w:sz w:val="18"/>
          <w:szCs w:val="18"/>
        </w:rPr>
        <w:t>collocazione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editoriale</w:t>
      </w:r>
      <w:proofErr w:type="spellEnd"/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citazioni</w:t>
      </w:r>
      <w:proofErr w:type="spellEnd"/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pertinenza</w:t>
      </w:r>
      <w:proofErr w:type="spellEnd"/>
      <w:r>
        <w:rPr>
          <w:color w:val="000000"/>
          <w:sz w:val="18"/>
          <w:szCs w:val="18"/>
        </w:rPr>
        <w:t xml:space="preserve"> con il </w:t>
      </w:r>
      <w:proofErr w:type="spellStart"/>
      <w:r>
        <w:rPr>
          <w:color w:val="000000"/>
          <w:sz w:val="18"/>
          <w:szCs w:val="18"/>
        </w:rPr>
        <w:t>Settore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Scientifico-Disciplinare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dell'insegnamento</w:t>
      </w:r>
      <w:proofErr w:type="spellEnd"/>
      <w:r>
        <w:rPr>
          <w:color w:val="000000"/>
          <w:sz w:val="18"/>
          <w:szCs w:val="18"/>
        </w:rPr>
        <w:t xml:space="preserve">, con </w:t>
      </w:r>
      <w:proofErr w:type="spellStart"/>
      <w:r>
        <w:rPr>
          <w:color w:val="000000"/>
          <w:sz w:val="18"/>
          <w:szCs w:val="18"/>
        </w:rPr>
        <w:t>particolare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riguardo</w:t>
      </w:r>
      <w:proofErr w:type="spellEnd"/>
      <w:r>
        <w:rPr>
          <w:color w:val="000000"/>
          <w:sz w:val="18"/>
          <w:szCs w:val="18"/>
        </w:rPr>
        <w:t xml:space="preserve"> alla </w:t>
      </w:r>
      <w:proofErr w:type="spellStart"/>
      <w:r>
        <w:rPr>
          <w:color w:val="000000"/>
          <w:sz w:val="18"/>
          <w:szCs w:val="18"/>
        </w:rPr>
        <w:t>produzione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scientifica</w:t>
      </w:r>
      <w:proofErr w:type="spellEnd"/>
      <w:r>
        <w:rPr>
          <w:color w:val="000000"/>
          <w:sz w:val="18"/>
          <w:szCs w:val="18"/>
        </w:rPr>
        <w:t xml:space="preserve"> degli </w:t>
      </w:r>
      <w:proofErr w:type="spellStart"/>
      <w:r>
        <w:rPr>
          <w:color w:val="000000"/>
          <w:sz w:val="18"/>
          <w:szCs w:val="18"/>
        </w:rPr>
        <w:t>ultimi</w:t>
      </w:r>
      <w:proofErr w:type="spellEnd"/>
      <w:r>
        <w:rPr>
          <w:color w:val="000000"/>
          <w:sz w:val="18"/>
          <w:szCs w:val="18"/>
        </w:rPr>
        <w:t xml:space="preserve"> cinque anni</w:t>
      </w:r>
      <w:r>
        <w:t>)</w:t>
      </w:r>
    </w:p>
    <w:p w14:paraId="3C38C3F9" w14:textId="49D0CFE9" w:rsidR="008139C7" w:rsidRDefault="00000000" w:rsidP="001D22A7">
      <w:pPr>
        <w:pStyle w:val="Titolo2"/>
        <w:jc w:val="both"/>
      </w:pPr>
      <w:r>
        <w:t xml:space="preserve">A4 – </w:t>
      </w:r>
      <w:proofErr w:type="spellStart"/>
      <w:r>
        <w:t>Monografie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12"/>
        <w:gridCol w:w="2311"/>
        <w:gridCol w:w="2315"/>
        <w:gridCol w:w="2309"/>
      </w:tblGrid>
      <w:tr w:rsidR="008139C7" w14:paraId="086DE9C5" w14:textId="77777777" w:rsidTr="001D22A7">
        <w:trPr>
          <w:trHeight w:val="245"/>
        </w:trPr>
        <w:tc>
          <w:tcPr>
            <w:tcW w:w="2360" w:type="dxa"/>
          </w:tcPr>
          <w:p w14:paraId="68C30424" w14:textId="77777777" w:rsidR="008139C7" w:rsidRDefault="00000000" w:rsidP="001D22A7">
            <w:pPr>
              <w:jc w:val="both"/>
            </w:pPr>
            <w:r>
              <w:t>Autori</w:t>
            </w:r>
          </w:p>
        </w:tc>
        <w:tc>
          <w:tcPr>
            <w:tcW w:w="2360" w:type="dxa"/>
          </w:tcPr>
          <w:p w14:paraId="1C82CD5F" w14:textId="77777777" w:rsidR="008139C7" w:rsidRDefault="00000000" w:rsidP="001D22A7">
            <w:pPr>
              <w:jc w:val="both"/>
            </w:pPr>
            <w:r>
              <w:t>Titolo</w:t>
            </w:r>
          </w:p>
        </w:tc>
        <w:tc>
          <w:tcPr>
            <w:tcW w:w="2360" w:type="dxa"/>
          </w:tcPr>
          <w:p w14:paraId="610D6564" w14:textId="77777777" w:rsidR="008139C7" w:rsidRDefault="00000000" w:rsidP="001D22A7">
            <w:pPr>
              <w:jc w:val="both"/>
            </w:pPr>
            <w:proofErr w:type="spellStart"/>
            <w:r>
              <w:t>Editore</w:t>
            </w:r>
            <w:proofErr w:type="spellEnd"/>
          </w:p>
        </w:tc>
        <w:tc>
          <w:tcPr>
            <w:tcW w:w="2360" w:type="dxa"/>
          </w:tcPr>
          <w:p w14:paraId="59F789CA" w14:textId="77777777" w:rsidR="008139C7" w:rsidRDefault="00000000" w:rsidP="001D22A7">
            <w:pPr>
              <w:jc w:val="both"/>
            </w:pPr>
            <w:r>
              <w:t>Anno</w:t>
            </w:r>
          </w:p>
        </w:tc>
      </w:tr>
      <w:tr w:rsidR="008139C7" w14:paraId="5245DABE" w14:textId="77777777" w:rsidTr="001D22A7">
        <w:trPr>
          <w:trHeight w:val="254"/>
        </w:trPr>
        <w:tc>
          <w:tcPr>
            <w:tcW w:w="2360" w:type="dxa"/>
          </w:tcPr>
          <w:p w14:paraId="7BADE6CE" w14:textId="77777777" w:rsidR="008139C7" w:rsidRDefault="008139C7" w:rsidP="001D22A7">
            <w:pPr>
              <w:jc w:val="both"/>
            </w:pPr>
          </w:p>
        </w:tc>
        <w:tc>
          <w:tcPr>
            <w:tcW w:w="2360" w:type="dxa"/>
          </w:tcPr>
          <w:p w14:paraId="597C6E89" w14:textId="77777777" w:rsidR="008139C7" w:rsidRDefault="008139C7" w:rsidP="001D22A7">
            <w:pPr>
              <w:jc w:val="both"/>
            </w:pPr>
          </w:p>
        </w:tc>
        <w:tc>
          <w:tcPr>
            <w:tcW w:w="2360" w:type="dxa"/>
          </w:tcPr>
          <w:p w14:paraId="15A967CC" w14:textId="77777777" w:rsidR="008139C7" w:rsidRDefault="008139C7" w:rsidP="001D22A7">
            <w:pPr>
              <w:jc w:val="both"/>
            </w:pPr>
          </w:p>
        </w:tc>
        <w:tc>
          <w:tcPr>
            <w:tcW w:w="2360" w:type="dxa"/>
          </w:tcPr>
          <w:p w14:paraId="1EFFB169" w14:textId="77777777" w:rsidR="008139C7" w:rsidRDefault="008139C7" w:rsidP="001D22A7">
            <w:pPr>
              <w:jc w:val="both"/>
            </w:pPr>
          </w:p>
        </w:tc>
      </w:tr>
    </w:tbl>
    <w:p w14:paraId="5CE57D71" w14:textId="77777777" w:rsidR="008139C7" w:rsidRDefault="00000000" w:rsidP="001D22A7">
      <w:pPr>
        <w:pStyle w:val="Titolo2"/>
        <w:jc w:val="both"/>
      </w:pPr>
      <w:r>
        <w:t xml:space="preserve">A4 – </w:t>
      </w:r>
      <w:proofErr w:type="spellStart"/>
      <w:r>
        <w:t>Articoli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48"/>
        <w:gridCol w:w="1846"/>
        <w:gridCol w:w="1850"/>
        <w:gridCol w:w="1844"/>
        <w:gridCol w:w="1859"/>
      </w:tblGrid>
      <w:tr w:rsidR="008139C7" w14:paraId="4A93E2F2" w14:textId="77777777" w:rsidTr="001D22A7">
        <w:trPr>
          <w:trHeight w:val="292"/>
        </w:trPr>
        <w:tc>
          <w:tcPr>
            <w:tcW w:w="1886" w:type="dxa"/>
          </w:tcPr>
          <w:p w14:paraId="6B0A50C2" w14:textId="77777777" w:rsidR="008139C7" w:rsidRDefault="00000000" w:rsidP="001D22A7">
            <w:pPr>
              <w:jc w:val="both"/>
            </w:pPr>
            <w:r>
              <w:t>Autori</w:t>
            </w:r>
          </w:p>
        </w:tc>
        <w:tc>
          <w:tcPr>
            <w:tcW w:w="1886" w:type="dxa"/>
          </w:tcPr>
          <w:p w14:paraId="05C91439" w14:textId="77777777" w:rsidR="008139C7" w:rsidRDefault="00000000" w:rsidP="001D22A7">
            <w:pPr>
              <w:jc w:val="both"/>
            </w:pPr>
            <w:r>
              <w:t>Titolo</w:t>
            </w:r>
          </w:p>
        </w:tc>
        <w:tc>
          <w:tcPr>
            <w:tcW w:w="1886" w:type="dxa"/>
          </w:tcPr>
          <w:p w14:paraId="0E1977FF" w14:textId="77777777" w:rsidR="008139C7" w:rsidRDefault="00000000" w:rsidP="001D22A7">
            <w:pPr>
              <w:jc w:val="both"/>
            </w:pPr>
            <w:r>
              <w:t>Rivista</w:t>
            </w:r>
          </w:p>
        </w:tc>
        <w:tc>
          <w:tcPr>
            <w:tcW w:w="1886" w:type="dxa"/>
          </w:tcPr>
          <w:p w14:paraId="021D2857" w14:textId="77777777" w:rsidR="008139C7" w:rsidRDefault="00000000" w:rsidP="001D22A7">
            <w:pPr>
              <w:jc w:val="both"/>
            </w:pPr>
            <w:r>
              <w:t>Anno</w:t>
            </w:r>
          </w:p>
        </w:tc>
        <w:tc>
          <w:tcPr>
            <w:tcW w:w="1886" w:type="dxa"/>
          </w:tcPr>
          <w:p w14:paraId="33A135A6" w14:textId="77777777" w:rsidR="008139C7" w:rsidRDefault="00000000" w:rsidP="001D22A7">
            <w:pPr>
              <w:jc w:val="both"/>
            </w:pPr>
            <w:r>
              <w:t>DOI/ISSN</w:t>
            </w:r>
          </w:p>
        </w:tc>
      </w:tr>
      <w:tr w:rsidR="008139C7" w14:paraId="2E01693F" w14:textId="77777777" w:rsidTr="001D22A7">
        <w:trPr>
          <w:trHeight w:val="303"/>
        </w:trPr>
        <w:tc>
          <w:tcPr>
            <w:tcW w:w="1886" w:type="dxa"/>
          </w:tcPr>
          <w:p w14:paraId="26762CE4" w14:textId="77777777" w:rsidR="008139C7" w:rsidRDefault="008139C7" w:rsidP="001D22A7">
            <w:pPr>
              <w:jc w:val="both"/>
            </w:pPr>
          </w:p>
        </w:tc>
        <w:tc>
          <w:tcPr>
            <w:tcW w:w="1886" w:type="dxa"/>
          </w:tcPr>
          <w:p w14:paraId="1EA4EB8A" w14:textId="77777777" w:rsidR="008139C7" w:rsidRDefault="008139C7" w:rsidP="001D22A7">
            <w:pPr>
              <w:jc w:val="both"/>
            </w:pPr>
          </w:p>
        </w:tc>
        <w:tc>
          <w:tcPr>
            <w:tcW w:w="1886" w:type="dxa"/>
          </w:tcPr>
          <w:p w14:paraId="37ECD643" w14:textId="77777777" w:rsidR="008139C7" w:rsidRDefault="008139C7" w:rsidP="001D22A7">
            <w:pPr>
              <w:jc w:val="both"/>
            </w:pPr>
          </w:p>
        </w:tc>
        <w:tc>
          <w:tcPr>
            <w:tcW w:w="1886" w:type="dxa"/>
          </w:tcPr>
          <w:p w14:paraId="13E4ACF9" w14:textId="77777777" w:rsidR="008139C7" w:rsidRDefault="008139C7" w:rsidP="001D22A7">
            <w:pPr>
              <w:jc w:val="both"/>
            </w:pPr>
          </w:p>
        </w:tc>
        <w:tc>
          <w:tcPr>
            <w:tcW w:w="1886" w:type="dxa"/>
          </w:tcPr>
          <w:p w14:paraId="46CC7DC2" w14:textId="77777777" w:rsidR="008139C7" w:rsidRDefault="008139C7" w:rsidP="001D22A7">
            <w:pPr>
              <w:jc w:val="both"/>
            </w:pPr>
          </w:p>
        </w:tc>
      </w:tr>
    </w:tbl>
    <w:p w14:paraId="072F73B3" w14:textId="77777777" w:rsidR="008139C7" w:rsidRDefault="00000000" w:rsidP="001D22A7">
      <w:pPr>
        <w:pStyle w:val="Titolo2"/>
        <w:jc w:val="both"/>
      </w:pPr>
      <w:r>
        <w:t xml:space="preserve">A4 – </w:t>
      </w:r>
      <w:proofErr w:type="spellStart"/>
      <w:r>
        <w:t>Contributi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02"/>
        <w:gridCol w:w="2301"/>
        <w:gridCol w:w="2346"/>
        <w:gridCol w:w="2298"/>
      </w:tblGrid>
      <w:tr w:rsidR="008139C7" w14:paraId="01EAD63F" w14:textId="77777777" w:rsidTr="001D22A7">
        <w:trPr>
          <w:trHeight w:val="259"/>
        </w:trPr>
        <w:tc>
          <w:tcPr>
            <w:tcW w:w="2360" w:type="dxa"/>
          </w:tcPr>
          <w:p w14:paraId="42765D63" w14:textId="77777777" w:rsidR="008139C7" w:rsidRDefault="00000000" w:rsidP="001D22A7">
            <w:pPr>
              <w:jc w:val="both"/>
            </w:pPr>
            <w:r>
              <w:t>Autori</w:t>
            </w:r>
          </w:p>
        </w:tc>
        <w:tc>
          <w:tcPr>
            <w:tcW w:w="2360" w:type="dxa"/>
          </w:tcPr>
          <w:p w14:paraId="51E9841E" w14:textId="77777777" w:rsidR="008139C7" w:rsidRDefault="00000000" w:rsidP="001D22A7">
            <w:pPr>
              <w:jc w:val="both"/>
            </w:pPr>
            <w:r>
              <w:t>Titolo</w:t>
            </w:r>
          </w:p>
        </w:tc>
        <w:tc>
          <w:tcPr>
            <w:tcW w:w="2360" w:type="dxa"/>
          </w:tcPr>
          <w:p w14:paraId="067E54FC" w14:textId="77777777" w:rsidR="008139C7" w:rsidRDefault="00000000" w:rsidP="001D22A7">
            <w:pPr>
              <w:jc w:val="both"/>
            </w:pPr>
            <w:r>
              <w:t>Volume/</w:t>
            </w:r>
            <w:proofErr w:type="spellStart"/>
            <w:r>
              <w:t>Convegno</w:t>
            </w:r>
            <w:proofErr w:type="spellEnd"/>
          </w:p>
        </w:tc>
        <w:tc>
          <w:tcPr>
            <w:tcW w:w="2360" w:type="dxa"/>
          </w:tcPr>
          <w:p w14:paraId="378EF21B" w14:textId="77777777" w:rsidR="008139C7" w:rsidRDefault="00000000" w:rsidP="001D22A7">
            <w:pPr>
              <w:jc w:val="both"/>
            </w:pPr>
            <w:r>
              <w:t>Anno</w:t>
            </w:r>
          </w:p>
        </w:tc>
      </w:tr>
      <w:tr w:rsidR="008139C7" w14:paraId="7EA815E2" w14:textId="77777777" w:rsidTr="001D22A7">
        <w:trPr>
          <w:trHeight w:val="269"/>
        </w:trPr>
        <w:tc>
          <w:tcPr>
            <w:tcW w:w="2360" w:type="dxa"/>
          </w:tcPr>
          <w:p w14:paraId="2929D999" w14:textId="77777777" w:rsidR="008139C7" w:rsidRDefault="008139C7" w:rsidP="001D22A7">
            <w:pPr>
              <w:jc w:val="both"/>
            </w:pPr>
          </w:p>
        </w:tc>
        <w:tc>
          <w:tcPr>
            <w:tcW w:w="2360" w:type="dxa"/>
          </w:tcPr>
          <w:p w14:paraId="458D8A97" w14:textId="77777777" w:rsidR="008139C7" w:rsidRDefault="008139C7" w:rsidP="001D22A7">
            <w:pPr>
              <w:jc w:val="both"/>
            </w:pPr>
          </w:p>
        </w:tc>
        <w:tc>
          <w:tcPr>
            <w:tcW w:w="2360" w:type="dxa"/>
          </w:tcPr>
          <w:p w14:paraId="620AA2B0" w14:textId="77777777" w:rsidR="008139C7" w:rsidRDefault="008139C7" w:rsidP="001D22A7">
            <w:pPr>
              <w:jc w:val="both"/>
            </w:pPr>
          </w:p>
        </w:tc>
        <w:tc>
          <w:tcPr>
            <w:tcW w:w="2360" w:type="dxa"/>
          </w:tcPr>
          <w:p w14:paraId="4D101FFD" w14:textId="77777777" w:rsidR="008139C7" w:rsidRDefault="008139C7" w:rsidP="001D22A7">
            <w:pPr>
              <w:jc w:val="both"/>
            </w:pPr>
          </w:p>
        </w:tc>
      </w:tr>
    </w:tbl>
    <w:p w14:paraId="51ADA3F9" w14:textId="24F793A7" w:rsidR="001943A8" w:rsidRDefault="001943A8" w:rsidP="001D22A7">
      <w:pPr>
        <w:pStyle w:val="Titolo2"/>
        <w:jc w:val="both"/>
      </w:pPr>
      <w:r>
        <w:t xml:space="preserve">SEZIONE B: </w:t>
      </w:r>
      <w:proofErr w:type="spellStart"/>
      <w:r w:rsidR="00392EB0" w:rsidRPr="00392EB0">
        <w:t>Attività</w:t>
      </w:r>
      <w:proofErr w:type="spellEnd"/>
      <w:r w:rsidR="00392EB0" w:rsidRPr="00392EB0">
        <w:t xml:space="preserve"> </w:t>
      </w:r>
      <w:proofErr w:type="spellStart"/>
      <w:r w:rsidR="00392EB0" w:rsidRPr="00392EB0">
        <w:t>didattica</w:t>
      </w:r>
      <w:proofErr w:type="spellEnd"/>
      <w:r w:rsidR="00392EB0" w:rsidRPr="00392EB0">
        <w:t xml:space="preserve">, di </w:t>
      </w:r>
      <w:proofErr w:type="spellStart"/>
      <w:r w:rsidR="00392EB0" w:rsidRPr="00392EB0">
        <w:t>supporto</w:t>
      </w:r>
      <w:proofErr w:type="spellEnd"/>
      <w:r w:rsidR="00392EB0" w:rsidRPr="00392EB0">
        <w:t xml:space="preserve"> alla </w:t>
      </w:r>
      <w:proofErr w:type="spellStart"/>
      <w:r w:rsidR="00392EB0" w:rsidRPr="00392EB0">
        <w:t>didattica</w:t>
      </w:r>
      <w:proofErr w:type="spellEnd"/>
      <w:r w:rsidR="00392EB0" w:rsidRPr="00392EB0">
        <w:t xml:space="preserve"> ed </w:t>
      </w:r>
      <w:proofErr w:type="spellStart"/>
      <w:r w:rsidR="00392EB0" w:rsidRPr="00392EB0">
        <w:t>esperienza</w:t>
      </w:r>
      <w:proofErr w:type="spellEnd"/>
      <w:r w:rsidR="00392EB0" w:rsidRPr="00392EB0">
        <w:t xml:space="preserve"> </w:t>
      </w:r>
      <w:proofErr w:type="spellStart"/>
      <w:r w:rsidR="00392EB0" w:rsidRPr="00392EB0">
        <w:t>professionale</w:t>
      </w:r>
      <w:proofErr w:type="spellEnd"/>
    </w:p>
    <w:p w14:paraId="115C6B4D" w14:textId="49AECAFA" w:rsidR="008139C7" w:rsidRDefault="00000000" w:rsidP="001D22A7">
      <w:pPr>
        <w:pStyle w:val="Titolo2"/>
        <w:jc w:val="both"/>
      </w:pPr>
      <w:r>
        <w:t xml:space="preserve">B1 –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incarichi</w:t>
      </w:r>
      <w:proofErr w:type="spellEnd"/>
      <w:r>
        <w:t xml:space="preserve"> di </w:t>
      </w:r>
      <w:proofErr w:type="spellStart"/>
      <w:r>
        <w:t>insegnamento</w:t>
      </w:r>
      <w:proofErr w:type="spellEnd"/>
    </w:p>
    <w:p w14:paraId="04B3342A" w14:textId="465F952F" w:rsidR="00C4516B" w:rsidRPr="00C4516B" w:rsidRDefault="00C4516B" w:rsidP="00C4516B">
      <w:r>
        <w:t>(</w:t>
      </w:r>
      <w:proofErr w:type="spellStart"/>
      <w:r>
        <w:rPr>
          <w:color w:val="000000"/>
          <w:sz w:val="18"/>
          <w:szCs w:val="18"/>
        </w:rPr>
        <w:t>Numero</w:t>
      </w:r>
      <w:proofErr w:type="spellEnd"/>
      <w:r>
        <w:rPr>
          <w:color w:val="000000"/>
          <w:sz w:val="18"/>
          <w:szCs w:val="18"/>
        </w:rPr>
        <w:t xml:space="preserve"> di </w:t>
      </w:r>
      <w:proofErr w:type="spellStart"/>
      <w:r>
        <w:rPr>
          <w:color w:val="000000"/>
          <w:sz w:val="18"/>
          <w:szCs w:val="18"/>
        </w:rPr>
        <w:t>insegnamenti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svolti</w:t>
      </w:r>
      <w:proofErr w:type="spellEnd"/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livello</w:t>
      </w:r>
      <w:proofErr w:type="spellEnd"/>
      <w:r>
        <w:rPr>
          <w:color w:val="000000"/>
          <w:sz w:val="18"/>
          <w:szCs w:val="18"/>
        </w:rPr>
        <w:t xml:space="preserve"> del </w:t>
      </w:r>
      <w:proofErr w:type="spellStart"/>
      <w:r>
        <w:rPr>
          <w:color w:val="000000"/>
          <w:sz w:val="18"/>
          <w:szCs w:val="18"/>
        </w:rPr>
        <w:t>corso</w:t>
      </w:r>
      <w:proofErr w:type="spellEnd"/>
      <w:r>
        <w:rPr>
          <w:color w:val="000000"/>
          <w:sz w:val="18"/>
          <w:szCs w:val="18"/>
        </w:rPr>
        <w:t xml:space="preserve"> (Laurea/Laurea Magistrale), </w:t>
      </w:r>
      <w:proofErr w:type="spellStart"/>
      <w:r>
        <w:rPr>
          <w:color w:val="000000"/>
          <w:sz w:val="18"/>
          <w:szCs w:val="18"/>
        </w:rPr>
        <w:t>pertinenza</w:t>
      </w:r>
      <w:proofErr w:type="spellEnd"/>
      <w:r>
        <w:rPr>
          <w:color w:val="000000"/>
          <w:sz w:val="18"/>
          <w:szCs w:val="18"/>
        </w:rPr>
        <w:t xml:space="preserve"> con il </w:t>
      </w:r>
      <w:proofErr w:type="spellStart"/>
      <w:r>
        <w:rPr>
          <w:color w:val="000000"/>
          <w:sz w:val="18"/>
          <w:szCs w:val="18"/>
        </w:rPr>
        <w:t>Settore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Scientifico-Disciplinare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dell'insegnamento</w:t>
      </w:r>
      <w:proofErr w:type="spellEnd"/>
      <w:r>
        <w:rPr>
          <w:color w:val="000000"/>
          <w:sz w:val="18"/>
          <w:szCs w:val="18"/>
        </w:rPr>
        <w:t xml:space="preserve"> e, </w:t>
      </w:r>
      <w:proofErr w:type="spellStart"/>
      <w:r>
        <w:rPr>
          <w:color w:val="000000"/>
          <w:sz w:val="18"/>
          <w:szCs w:val="18"/>
        </w:rPr>
        <w:t>ove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disponibili</w:t>
      </w:r>
      <w:proofErr w:type="spellEnd"/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esiti</w:t>
      </w:r>
      <w:proofErr w:type="spellEnd"/>
      <w:r>
        <w:rPr>
          <w:color w:val="000000"/>
          <w:sz w:val="18"/>
          <w:szCs w:val="18"/>
        </w:rPr>
        <w:t xml:space="preserve"> delle </w:t>
      </w:r>
      <w:proofErr w:type="spellStart"/>
      <w:r>
        <w:rPr>
          <w:color w:val="000000"/>
          <w:sz w:val="18"/>
          <w:szCs w:val="18"/>
        </w:rPr>
        <w:t>valutazioni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espresse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dagli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studenti</w:t>
      </w:r>
      <w:proofErr w:type="spellEnd"/>
      <w: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96"/>
        <w:gridCol w:w="1259"/>
        <w:gridCol w:w="1255"/>
        <w:gridCol w:w="1618"/>
        <w:gridCol w:w="1240"/>
        <w:gridCol w:w="1241"/>
        <w:gridCol w:w="1238"/>
      </w:tblGrid>
      <w:tr w:rsidR="008139C7" w14:paraId="1E216280" w14:textId="77777777" w:rsidTr="001D22A7">
        <w:trPr>
          <w:trHeight w:val="549"/>
        </w:trPr>
        <w:tc>
          <w:tcPr>
            <w:tcW w:w="1399" w:type="dxa"/>
          </w:tcPr>
          <w:p w14:paraId="218D278A" w14:textId="77777777" w:rsidR="008139C7" w:rsidRDefault="00000000" w:rsidP="001D22A7">
            <w:pPr>
              <w:jc w:val="both"/>
            </w:pPr>
            <w:r>
              <w:t xml:space="preserve">Anno </w:t>
            </w:r>
            <w:proofErr w:type="spellStart"/>
            <w:r>
              <w:t>Accademico</w:t>
            </w:r>
            <w:proofErr w:type="spellEnd"/>
          </w:p>
        </w:tc>
        <w:tc>
          <w:tcPr>
            <w:tcW w:w="1286" w:type="dxa"/>
          </w:tcPr>
          <w:p w14:paraId="3F32A64F" w14:textId="77777777" w:rsidR="008139C7" w:rsidRDefault="00000000" w:rsidP="001D22A7">
            <w:pPr>
              <w:jc w:val="both"/>
            </w:pPr>
            <w:r>
              <w:t>Ateneo</w:t>
            </w:r>
          </w:p>
        </w:tc>
        <w:tc>
          <w:tcPr>
            <w:tcW w:w="1286" w:type="dxa"/>
          </w:tcPr>
          <w:p w14:paraId="152301FD" w14:textId="77777777" w:rsidR="008139C7" w:rsidRDefault="00000000" w:rsidP="001D22A7">
            <w:pPr>
              <w:jc w:val="both"/>
            </w:pPr>
            <w:r>
              <w:t>Corso di Studio</w:t>
            </w:r>
          </w:p>
        </w:tc>
        <w:tc>
          <w:tcPr>
            <w:tcW w:w="1622" w:type="dxa"/>
          </w:tcPr>
          <w:p w14:paraId="7B0FFFDA" w14:textId="77777777" w:rsidR="008139C7" w:rsidRDefault="00000000" w:rsidP="001D22A7">
            <w:pPr>
              <w:jc w:val="both"/>
            </w:pPr>
            <w:proofErr w:type="spellStart"/>
            <w:r>
              <w:t>Insegnamento</w:t>
            </w:r>
            <w:proofErr w:type="spellEnd"/>
          </w:p>
        </w:tc>
        <w:tc>
          <w:tcPr>
            <w:tcW w:w="1286" w:type="dxa"/>
          </w:tcPr>
          <w:p w14:paraId="2FD75032" w14:textId="77777777" w:rsidR="008139C7" w:rsidRDefault="00000000" w:rsidP="001D22A7">
            <w:pPr>
              <w:jc w:val="both"/>
            </w:pPr>
            <w:r>
              <w:t>SSD</w:t>
            </w:r>
          </w:p>
        </w:tc>
        <w:tc>
          <w:tcPr>
            <w:tcW w:w="1286" w:type="dxa"/>
          </w:tcPr>
          <w:p w14:paraId="722C6DB2" w14:textId="77777777" w:rsidR="008139C7" w:rsidRDefault="00000000" w:rsidP="001D22A7">
            <w:pPr>
              <w:jc w:val="both"/>
            </w:pPr>
            <w:r>
              <w:t>CFU</w:t>
            </w:r>
          </w:p>
        </w:tc>
        <w:tc>
          <w:tcPr>
            <w:tcW w:w="1286" w:type="dxa"/>
          </w:tcPr>
          <w:p w14:paraId="2D793635" w14:textId="77777777" w:rsidR="008139C7" w:rsidRDefault="00000000" w:rsidP="001D22A7">
            <w:pPr>
              <w:jc w:val="both"/>
            </w:pPr>
            <w:r>
              <w:t>Ore</w:t>
            </w:r>
          </w:p>
        </w:tc>
      </w:tr>
      <w:tr w:rsidR="008139C7" w14:paraId="160564AB" w14:textId="77777777" w:rsidTr="001D22A7">
        <w:trPr>
          <w:trHeight w:val="270"/>
        </w:trPr>
        <w:tc>
          <w:tcPr>
            <w:tcW w:w="1399" w:type="dxa"/>
          </w:tcPr>
          <w:p w14:paraId="01CC9AC6" w14:textId="77777777" w:rsidR="008139C7" w:rsidRDefault="008139C7" w:rsidP="001D22A7">
            <w:pPr>
              <w:jc w:val="both"/>
            </w:pPr>
          </w:p>
        </w:tc>
        <w:tc>
          <w:tcPr>
            <w:tcW w:w="1286" w:type="dxa"/>
          </w:tcPr>
          <w:p w14:paraId="215A6257" w14:textId="77777777" w:rsidR="008139C7" w:rsidRDefault="008139C7" w:rsidP="001D22A7">
            <w:pPr>
              <w:jc w:val="both"/>
            </w:pPr>
          </w:p>
        </w:tc>
        <w:tc>
          <w:tcPr>
            <w:tcW w:w="1286" w:type="dxa"/>
          </w:tcPr>
          <w:p w14:paraId="237B773B" w14:textId="77777777" w:rsidR="008139C7" w:rsidRDefault="008139C7" w:rsidP="001D22A7">
            <w:pPr>
              <w:jc w:val="both"/>
            </w:pPr>
          </w:p>
        </w:tc>
        <w:tc>
          <w:tcPr>
            <w:tcW w:w="1622" w:type="dxa"/>
          </w:tcPr>
          <w:p w14:paraId="5299D1D2" w14:textId="77777777" w:rsidR="008139C7" w:rsidRDefault="008139C7" w:rsidP="001D22A7">
            <w:pPr>
              <w:jc w:val="both"/>
            </w:pPr>
          </w:p>
        </w:tc>
        <w:tc>
          <w:tcPr>
            <w:tcW w:w="1286" w:type="dxa"/>
          </w:tcPr>
          <w:p w14:paraId="721358C0" w14:textId="77777777" w:rsidR="008139C7" w:rsidRDefault="008139C7" w:rsidP="001D22A7">
            <w:pPr>
              <w:jc w:val="both"/>
            </w:pPr>
          </w:p>
        </w:tc>
        <w:tc>
          <w:tcPr>
            <w:tcW w:w="1286" w:type="dxa"/>
          </w:tcPr>
          <w:p w14:paraId="6B40BA6E" w14:textId="77777777" w:rsidR="008139C7" w:rsidRDefault="008139C7" w:rsidP="001D22A7">
            <w:pPr>
              <w:jc w:val="both"/>
            </w:pPr>
          </w:p>
        </w:tc>
        <w:tc>
          <w:tcPr>
            <w:tcW w:w="1286" w:type="dxa"/>
          </w:tcPr>
          <w:p w14:paraId="2D3CF164" w14:textId="77777777" w:rsidR="008139C7" w:rsidRDefault="008139C7" w:rsidP="001D22A7">
            <w:pPr>
              <w:jc w:val="both"/>
            </w:pPr>
          </w:p>
        </w:tc>
      </w:tr>
    </w:tbl>
    <w:p w14:paraId="03D2F99B" w14:textId="021D29F5" w:rsidR="00F16651" w:rsidRDefault="00000000" w:rsidP="001D22A7">
      <w:pPr>
        <w:pStyle w:val="Titolo2"/>
        <w:jc w:val="both"/>
      </w:pPr>
      <w:r>
        <w:t xml:space="preserve">B2 – </w:t>
      </w:r>
      <w:proofErr w:type="spellStart"/>
      <w:r w:rsidR="00C86A73" w:rsidRPr="00C86A73">
        <w:t>Attività</w:t>
      </w:r>
      <w:proofErr w:type="spellEnd"/>
      <w:r w:rsidR="00C86A73" w:rsidRPr="00C86A73">
        <w:t xml:space="preserve"> di </w:t>
      </w:r>
      <w:proofErr w:type="spellStart"/>
      <w:r w:rsidR="00C86A73" w:rsidRPr="00C86A73">
        <w:t>supporto</w:t>
      </w:r>
      <w:proofErr w:type="spellEnd"/>
      <w:r w:rsidR="00C86A73" w:rsidRPr="00C86A73">
        <w:t xml:space="preserve"> alla </w:t>
      </w:r>
      <w:proofErr w:type="spellStart"/>
      <w:r w:rsidR="00C86A73" w:rsidRPr="00C86A73">
        <w:t>didattica</w:t>
      </w:r>
      <w:proofErr w:type="spellEnd"/>
      <w:r w:rsidR="00C86A73">
        <w:t>:</w:t>
      </w:r>
    </w:p>
    <w:p w14:paraId="1A888162" w14:textId="783CE41C" w:rsidR="00C86A73" w:rsidRPr="00C86A73" w:rsidRDefault="00B3671D" w:rsidP="00C86A73">
      <w:r>
        <w:t>(</w:t>
      </w:r>
      <w:proofErr w:type="spellStart"/>
      <w:r>
        <w:rPr>
          <w:color w:val="000000"/>
          <w:sz w:val="18"/>
          <w:szCs w:val="18"/>
        </w:rPr>
        <w:t>Supervisione</w:t>
      </w:r>
      <w:proofErr w:type="spellEnd"/>
      <w:r>
        <w:rPr>
          <w:color w:val="000000"/>
          <w:sz w:val="18"/>
          <w:szCs w:val="18"/>
        </w:rPr>
        <w:t xml:space="preserve"> di </w:t>
      </w:r>
      <w:proofErr w:type="spellStart"/>
      <w:r>
        <w:rPr>
          <w:color w:val="000000"/>
          <w:sz w:val="18"/>
          <w:szCs w:val="18"/>
        </w:rPr>
        <w:t>tesi</w:t>
      </w:r>
      <w:proofErr w:type="spellEnd"/>
      <w:r>
        <w:rPr>
          <w:color w:val="000000"/>
          <w:sz w:val="18"/>
          <w:szCs w:val="18"/>
        </w:rPr>
        <w:t xml:space="preserve"> di </w:t>
      </w:r>
      <w:proofErr w:type="spellStart"/>
      <w:r>
        <w:rPr>
          <w:color w:val="000000"/>
          <w:sz w:val="18"/>
          <w:szCs w:val="18"/>
        </w:rPr>
        <w:t>laurea</w:t>
      </w:r>
      <w:proofErr w:type="spellEnd"/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attività</w:t>
      </w:r>
      <w:proofErr w:type="spellEnd"/>
      <w:r>
        <w:rPr>
          <w:color w:val="000000"/>
          <w:sz w:val="18"/>
          <w:szCs w:val="18"/>
        </w:rPr>
        <w:t xml:space="preserve"> di </w:t>
      </w:r>
      <w:proofErr w:type="spellStart"/>
      <w:r>
        <w:rPr>
          <w:color w:val="000000"/>
          <w:sz w:val="18"/>
          <w:szCs w:val="18"/>
        </w:rPr>
        <w:t>tutorato</w:t>
      </w:r>
      <w:proofErr w:type="spellEnd"/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partecipazione</w:t>
      </w:r>
      <w:proofErr w:type="spellEnd"/>
      <w:r>
        <w:rPr>
          <w:color w:val="000000"/>
          <w:sz w:val="18"/>
          <w:szCs w:val="18"/>
        </w:rPr>
        <w:t xml:space="preserve"> a </w:t>
      </w:r>
      <w:proofErr w:type="spellStart"/>
      <w:r>
        <w:rPr>
          <w:color w:val="000000"/>
          <w:sz w:val="18"/>
          <w:szCs w:val="18"/>
        </w:rPr>
        <w:t>commissioni</w:t>
      </w:r>
      <w:proofErr w:type="spellEnd"/>
      <w:r>
        <w:rPr>
          <w:color w:val="000000"/>
          <w:sz w:val="18"/>
          <w:szCs w:val="18"/>
        </w:rPr>
        <w:t xml:space="preserve"> di </w:t>
      </w:r>
      <w:proofErr w:type="spellStart"/>
      <w:r>
        <w:rPr>
          <w:color w:val="000000"/>
          <w:sz w:val="18"/>
          <w:szCs w:val="18"/>
        </w:rPr>
        <w:t>esame</w:t>
      </w:r>
      <w:proofErr w:type="spellEnd"/>
      <w:r>
        <w:rPr>
          <w:color w:val="000000"/>
          <w:sz w:val="18"/>
          <w:szCs w:val="18"/>
        </w:rPr>
        <w:t xml:space="preserve"> di </w:t>
      </w:r>
      <w:proofErr w:type="spellStart"/>
      <w:r>
        <w:rPr>
          <w:color w:val="000000"/>
          <w:sz w:val="18"/>
          <w:szCs w:val="18"/>
        </w:rPr>
        <w:t>profitto</w:t>
      </w:r>
      <w:proofErr w:type="spellEnd"/>
      <w:r>
        <w:rPr>
          <w:color w:val="000000"/>
          <w:sz w:val="18"/>
          <w:szCs w:val="18"/>
        </w:rPr>
        <w:t xml:space="preserve"> o di </w:t>
      </w:r>
      <w:proofErr w:type="spellStart"/>
      <w:r>
        <w:rPr>
          <w:color w:val="000000"/>
          <w:sz w:val="18"/>
          <w:szCs w:val="18"/>
        </w:rPr>
        <w:t>laurea</w:t>
      </w:r>
      <w:proofErr w:type="spellEnd"/>
      <w:r>
        <w:t>)</w:t>
      </w:r>
    </w:p>
    <w:p w14:paraId="67F3B7B4" w14:textId="7E30BA46" w:rsidR="008139C7" w:rsidRDefault="008C064E" w:rsidP="001D22A7">
      <w:pPr>
        <w:pStyle w:val="Titolo2"/>
        <w:jc w:val="both"/>
      </w:pPr>
      <w:r>
        <w:t xml:space="preserve">B2 - </w:t>
      </w:r>
      <w:proofErr w:type="spellStart"/>
      <w:r>
        <w:t>Supervisione</w:t>
      </w:r>
      <w:proofErr w:type="spellEnd"/>
      <w:r>
        <w:t xml:space="preserve"> </w:t>
      </w:r>
      <w:proofErr w:type="spellStart"/>
      <w:r>
        <w:t>tesi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08"/>
        <w:gridCol w:w="2312"/>
        <w:gridCol w:w="2317"/>
        <w:gridCol w:w="2310"/>
      </w:tblGrid>
      <w:tr w:rsidR="008139C7" w14:paraId="19E58A68" w14:textId="77777777" w:rsidTr="001D22A7">
        <w:trPr>
          <w:trHeight w:val="287"/>
        </w:trPr>
        <w:tc>
          <w:tcPr>
            <w:tcW w:w="2362" w:type="dxa"/>
          </w:tcPr>
          <w:p w14:paraId="0BDB6E74" w14:textId="77777777" w:rsidR="008139C7" w:rsidRDefault="00000000" w:rsidP="001D22A7">
            <w:pPr>
              <w:jc w:val="both"/>
            </w:pPr>
            <w:r>
              <w:t>Anno</w:t>
            </w:r>
          </w:p>
        </w:tc>
        <w:tc>
          <w:tcPr>
            <w:tcW w:w="2362" w:type="dxa"/>
          </w:tcPr>
          <w:p w14:paraId="7C29077E" w14:textId="77777777" w:rsidR="008139C7" w:rsidRDefault="00000000" w:rsidP="001D22A7">
            <w:pPr>
              <w:jc w:val="both"/>
            </w:pPr>
            <w:r>
              <w:t>Corso di Studio</w:t>
            </w:r>
          </w:p>
        </w:tc>
        <w:tc>
          <w:tcPr>
            <w:tcW w:w="2362" w:type="dxa"/>
          </w:tcPr>
          <w:p w14:paraId="4D11652F" w14:textId="77777777" w:rsidR="008139C7" w:rsidRDefault="00000000" w:rsidP="001D22A7">
            <w:pPr>
              <w:jc w:val="both"/>
            </w:pPr>
            <w:proofErr w:type="spellStart"/>
            <w:r>
              <w:t>Numero</w:t>
            </w:r>
            <w:proofErr w:type="spellEnd"/>
            <w:r>
              <w:t xml:space="preserve"> </w:t>
            </w:r>
            <w:proofErr w:type="spellStart"/>
            <w:r>
              <w:t>tesi</w:t>
            </w:r>
            <w:proofErr w:type="spellEnd"/>
          </w:p>
        </w:tc>
        <w:tc>
          <w:tcPr>
            <w:tcW w:w="2362" w:type="dxa"/>
          </w:tcPr>
          <w:p w14:paraId="2F639205" w14:textId="77777777" w:rsidR="008139C7" w:rsidRDefault="00000000" w:rsidP="001D22A7">
            <w:pPr>
              <w:jc w:val="both"/>
            </w:pPr>
            <w:proofErr w:type="spellStart"/>
            <w:r>
              <w:t>Ruolo</w:t>
            </w:r>
            <w:proofErr w:type="spellEnd"/>
          </w:p>
        </w:tc>
      </w:tr>
      <w:tr w:rsidR="008139C7" w14:paraId="10B8A3F0" w14:textId="77777777" w:rsidTr="001D22A7">
        <w:trPr>
          <w:trHeight w:val="298"/>
        </w:trPr>
        <w:tc>
          <w:tcPr>
            <w:tcW w:w="2362" w:type="dxa"/>
          </w:tcPr>
          <w:p w14:paraId="15FB814A" w14:textId="77777777" w:rsidR="008139C7" w:rsidRDefault="008139C7" w:rsidP="001D22A7">
            <w:pPr>
              <w:jc w:val="both"/>
            </w:pPr>
          </w:p>
        </w:tc>
        <w:tc>
          <w:tcPr>
            <w:tcW w:w="2362" w:type="dxa"/>
          </w:tcPr>
          <w:p w14:paraId="6C9BAEA0" w14:textId="77777777" w:rsidR="008139C7" w:rsidRDefault="008139C7" w:rsidP="001D22A7">
            <w:pPr>
              <w:jc w:val="both"/>
            </w:pPr>
          </w:p>
        </w:tc>
        <w:tc>
          <w:tcPr>
            <w:tcW w:w="2362" w:type="dxa"/>
          </w:tcPr>
          <w:p w14:paraId="2B87198D" w14:textId="77777777" w:rsidR="008139C7" w:rsidRDefault="008139C7" w:rsidP="001D22A7">
            <w:pPr>
              <w:jc w:val="both"/>
            </w:pPr>
          </w:p>
        </w:tc>
        <w:tc>
          <w:tcPr>
            <w:tcW w:w="2362" w:type="dxa"/>
          </w:tcPr>
          <w:p w14:paraId="78EBFF93" w14:textId="77777777" w:rsidR="008139C7" w:rsidRDefault="008139C7" w:rsidP="001D22A7">
            <w:pPr>
              <w:jc w:val="both"/>
            </w:pPr>
          </w:p>
        </w:tc>
      </w:tr>
    </w:tbl>
    <w:p w14:paraId="1675F9A5" w14:textId="77777777" w:rsidR="008139C7" w:rsidRDefault="00000000" w:rsidP="001D22A7">
      <w:pPr>
        <w:pStyle w:val="Titolo2"/>
        <w:jc w:val="both"/>
      </w:pPr>
      <w:r>
        <w:lastRenderedPageBreak/>
        <w:t xml:space="preserve">B2 – </w:t>
      </w:r>
      <w:proofErr w:type="spellStart"/>
      <w:r>
        <w:t>Tutorato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4"/>
        <w:gridCol w:w="3082"/>
        <w:gridCol w:w="3081"/>
      </w:tblGrid>
      <w:tr w:rsidR="008139C7" w14:paraId="27AA2691" w14:textId="77777777" w:rsidTr="001D22A7">
        <w:trPr>
          <w:trHeight w:val="311"/>
        </w:trPr>
        <w:tc>
          <w:tcPr>
            <w:tcW w:w="3150" w:type="dxa"/>
          </w:tcPr>
          <w:p w14:paraId="46F6DF0C" w14:textId="77777777" w:rsidR="008139C7" w:rsidRDefault="00000000" w:rsidP="001D22A7">
            <w:pPr>
              <w:jc w:val="both"/>
            </w:pPr>
            <w:proofErr w:type="spellStart"/>
            <w:r>
              <w:t>Periodo</w:t>
            </w:r>
            <w:proofErr w:type="spellEnd"/>
          </w:p>
        </w:tc>
        <w:tc>
          <w:tcPr>
            <w:tcW w:w="3150" w:type="dxa"/>
          </w:tcPr>
          <w:p w14:paraId="07D79A5E" w14:textId="77777777" w:rsidR="008139C7" w:rsidRDefault="00000000" w:rsidP="001D22A7">
            <w:pPr>
              <w:jc w:val="both"/>
            </w:pPr>
            <w:proofErr w:type="spellStart"/>
            <w:r>
              <w:t>Attività</w:t>
            </w:r>
            <w:proofErr w:type="spellEnd"/>
          </w:p>
        </w:tc>
        <w:tc>
          <w:tcPr>
            <w:tcW w:w="3150" w:type="dxa"/>
          </w:tcPr>
          <w:p w14:paraId="7549B4CE" w14:textId="77777777" w:rsidR="008139C7" w:rsidRDefault="00000000" w:rsidP="001D22A7">
            <w:pPr>
              <w:jc w:val="both"/>
            </w:pPr>
            <w:r>
              <w:t>Ateneo</w:t>
            </w:r>
          </w:p>
        </w:tc>
      </w:tr>
      <w:tr w:rsidR="008139C7" w14:paraId="061AAFDA" w14:textId="77777777" w:rsidTr="001D22A7">
        <w:trPr>
          <w:trHeight w:val="323"/>
        </w:trPr>
        <w:tc>
          <w:tcPr>
            <w:tcW w:w="3150" w:type="dxa"/>
          </w:tcPr>
          <w:p w14:paraId="45965986" w14:textId="77777777" w:rsidR="008139C7" w:rsidRDefault="008139C7" w:rsidP="001D22A7">
            <w:pPr>
              <w:jc w:val="both"/>
            </w:pPr>
          </w:p>
        </w:tc>
        <w:tc>
          <w:tcPr>
            <w:tcW w:w="3150" w:type="dxa"/>
          </w:tcPr>
          <w:p w14:paraId="33F54325" w14:textId="77777777" w:rsidR="008139C7" w:rsidRDefault="008139C7" w:rsidP="001D22A7">
            <w:pPr>
              <w:jc w:val="both"/>
            </w:pPr>
          </w:p>
        </w:tc>
        <w:tc>
          <w:tcPr>
            <w:tcW w:w="3150" w:type="dxa"/>
          </w:tcPr>
          <w:p w14:paraId="631DB7A2" w14:textId="77777777" w:rsidR="008139C7" w:rsidRDefault="008139C7" w:rsidP="001D22A7">
            <w:pPr>
              <w:jc w:val="both"/>
            </w:pPr>
          </w:p>
        </w:tc>
      </w:tr>
    </w:tbl>
    <w:p w14:paraId="48D8E42F" w14:textId="77777777" w:rsidR="008139C7" w:rsidRDefault="00000000" w:rsidP="001D22A7">
      <w:pPr>
        <w:pStyle w:val="Titolo2"/>
        <w:jc w:val="both"/>
      </w:pPr>
      <w:r>
        <w:t xml:space="preserve">B2 – </w:t>
      </w:r>
      <w:proofErr w:type="spellStart"/>
      <w:r>
        <w:t>Commissioni</w:t>
      </w:r>
      <w:proofErr w:type="spellEnd"/>
    </w:p>
    <w:tbl>
      <w:tblPr>
        <w:tblStyle w:val="Grigliatabella"/>
        <w:tblW w:w="9510" w:type="dxa"/>
        <w:tblLook w:val="04A0" w:firstRow="1" w:lastRow="0" w:firstColumn="1" w:lastColumn="0" w:noHBand="0" w:noVBand="1"/>
      </w:tblPr>
      <w:tblGrid>
        <w:gridCol w:w="3170"/>
        <w:gridCol w:w="3170"/>
        <w:gridCol w:w="3170"/>
      </w:tblGrid>
      <w:tr w:rsidR="008139C7" w14:paraId="651661B3" w14:textId="77777777" w:rsidTr="006F64E0">
        <w:trPr>
          <w:trHeight w:val="267"/>
        </w:trPr>
        <w:tc>
          <w:tcPr>
            <w:tcW w:w="3170" w:type="dxa"/>
          </w:tcPr>
          <w:p w14:paraId="43B6BC6F" w14:textId="77777777" w:rsidR="008139C7" w:rsidRDefault="00000000" w:rsidP="001D22A7">
            <w:pPr>
              <w:jc w:val="both"/>
            </w:pPr>
            <w:proofErr w:type="spellStart"/>
            <w:r>
              <w:t>Periodo</w:t>
            </w:r>
            <w:proofErr w:type="spellEnd"/>
          </w:p>
        </w:tc>
        <w:tc>
          <w:tcPr>
            <w:tcW w:w="3170" w:type="dxa"/>
          </w:tcPr>
          <w:p w14:paraId="5467D49A" w14:textId="77777777" w:rsidR="008139C7" w:rsidRDefault="00000000" w:rsidP="001D22A7">
            <w:pPr>
              <w:jc w:val="both"/>
            </w:pPr>
            <w:proofErr w:type="spellStart"/>
            <w:r>
              <w:t>Tipologia</w:t>
            </w:r>
            <w:proofErr w:type="spellEnd"/>
          </w:p>
        </w:tc>
        <w:tc>
          <w:tcPr>
            <w:tcW w:w="3170" w:type="dxa"/>
          </w:tcPr>
          <w:p w14:paraId="2E53EF77" w14:textId="77777777" w:rsidR="008139C7" w:rsidRDefault="00000000" w:rsidP="001D22A7">
            <w:pPr>
              <w:jc w:val="both"/>
            </w:pPr>
            <w:r>
              <w:t>Corso di Studio</w:t>
            </w:r>
          </w:p>
        </w:tc>
      </w:tr>
      <w:tr w:rsidR="008139C7" w14:paraId="01DE4DFE" w14:textId="77777777" w:rsidTr="006F64E0">
        <w:trPr>
          <w:trHeight w:val="277"/>
        </w:trPr>
        <w:tc>
          <w:tcPr>
            <w:tcW w:w="3170" w:type="dxa"/>
          </w:tcPr>
          <w:p w14:paraId="26AEF615" w14:textId="77777777" w:rsidR="008139C7" w:rsidRDefault="008139C7" w:rsidP="001D22A7">
            <w:pPr>
              <w:jc w:val="both"/>
            </w:pPr>
          </w:p>
        </w:tc>
        <w:tc>
          <w:tcPr>
            <w:tcW w:w="3170" w:type="dxa"/>
          </w:tcPr>
          <w:p w14:paraId="2123463E" w14:textId="77777777" w:rsidR="008139C7" w:rsidRDefault="008139C7" w:rsidP="001D22A7">
            <w:pPr>
              <w:jc w:val="both"/>
            </w:pPr>
          </w:p>
        </w:tc>
        <w:tc>
          <w:tcPr>
            <w:tcW w:w="3170" w:type="dxa"/>
          </w:tcPr>
          <w:p w14:paraId="614A7E5B" w14:textId="77777777" w:rsidR="008139C7" w:rsidRDefault="008139C7" w:rsidP="001D22A7">
            <w:pPr>
              <w:jc w:val="both"/>
            </w:pPr>
          </w:p>
        </w:tc>
      </w:tr>
    </w:tbl>
    <w:p w14:paraId="4862B016" w14:textId="77777777" w:rsidR="008139C7" w:rsidRDefault="00000000" w:rsidP="001D22A7">
      <w:pPr>
        <w:pStyle w:val="Titolo2"/>
        <w:jc w:val="both"/>
      </w:pPr>
      <w:r>
        <w:t xml:space="preserve">B3 – </w:t>
      </w:r>
      <w:proofErr w:type="spellStart"/>
      <w:r>
        <w:t>Esperienza</w:t>
      </w:r>
      <w:proofErr w:type="spellEnd"/>
      <w:r>
        <w:t xml:space="preserve"> </w:t>
      </w:r>
      <w:proofErr w:type="spellStart"/>
      <w:r>
        <w:t>professionale</w:t>
      </w:r>
      <w:proofErr w:type="spellEnd"/>
    </w:p>
    <w:p w14:paraId="47A42113" w14:textId="4F67F84F" w:rsidR="00AE0072" w:rsidRPr="00AE0072" w:rsidRDefault="00AE0072" w:rsidP="00F61E7B">
      <w:pPr>
        <w:jc w:val="both"/>
      </w:pPr>
      <w:r>
        <w:t>(</w:t>
      </w:r>
      <w:r>
        <w:rPr>
          <w:color w:val="000000"/>
          <w:sz w:val="18"/>
          <w:szCs w:val="18"/>
        </w:rPr>
        <w:t xml:space="preserve">Anni di </w:t>
      </w:r>
      <w:proofErr w:type="spellStart"/>
      <w:r>
        <w:rPr>
          <w:color w:val="000000"/>
          <w:sz w:val="18"/>
          <w:szCs w:val="18"/>
        </w:rPr>
        <w:t>esperienza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professionale</w:t>
      </w:r>
      <w:proofErr w:type="spellEnd"/>
      <w:r>
        <w:rPr>
          <w:color w:val="000000"/>
          <w:sz w:val="18"/>
          <w:szCs w:val="18"/>
        </w:rPr>
        <w:t xml:space="preserve"> e </w:t>
      </w:r>
      <w:proofErr w:type="spellStart"/>
      <w:r>
        <w:rPr>
          <w:color w:val="000000"/>
          <w:sz w:val="18"/>
          <w:szCs w:val="18"/>
        </w:rPr>
        <w:t>relativa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pertinenza</w:t>
      </w:r>
      <w:proofErr w:type="spellEnd"/>
      <w:r>
        <w:rPr>
          <w:color w:val="000000"/>
          <w:sz w:val="18"/>
          <w:szCs w:val="18"/>
        </w:rPr>
        <w:t xml:space="preserve"> con </w:t>
      </w:r>
      <w:proofErr w:type="spellStart"/>
      <w:r>
        <w:rPr>
          <w:color w:val="000000"/>
          <w:sz w:val="18"/>
          <w:szCs w:val="18"/>
        </w:rPr>
        <w:t>i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contenuti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dell'insegnamento</w:t>
      </w:r>
      <w:proofErr w:type="spellEnd"/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ruoli</w:t>
      </w:r>
      <w:proofErr w:type="spellEnd"/>
      <w:r>
        <w:rPr>
          <w:color w:val="000000"/>
          <w:sz w:val="18"/>
          <w:szCs w:val="18"/>
        </w:rPr>
        <w:t xml:space="preserve"> e </w:t>
      </w:r>
      <w:proofErr w:type="spellStart"/>
      <w:r>
        <w:rPr>
          <w:color w:val="000000"/>
          <w:sz w:val="18"/>
          <w:szCs w:val="18"/>
        </w:rPr>
        <w:t>responsabilità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ricoperti</w:t>
      </w:r>
      <w:proofErr w:type="spellEnd"/>
      <w:r>
        <w:rPr>
          <w:color w:val="000000"/>
          <w:sz w:val="18"/>
          <w:szCs w:val="18"/>
        </w:rPr>
        <w:t xml:space="preserve"> in </w:t>
      </w:r>
      <w:proofErr w:type="spellStart"/>
      <w:r>
        <w:rPr>
          <w:color w:val="000000"/>
          <w:sz w:val="18"/>
          <w:szCs w:val="18"/>
        </w:rPr>
        <w:t>ambito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professionale</w:t>
      </w:r>
      <w:proofErr w:type="spellEnd"/>
      <w:r>
        <w:t>)</w:t>
      </w:r>
    </w:p>
    <w:tbl>
      <w:tblPr>
        <w:tblStyle w:val="Grigliatabella"/>
        <w:tblW w:w="9490" w:type="dxa"/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8"/>
      </w:tblGrid>
      <w:tr w:rsidR="008139C7" w14:paraId="38C2E32D" w14:textId="77777777" w:rsidTr="006F64E0">
        <w:trPr>
          <w:trHeight w:val="569"/>
        </w:trPr>
        <w:tc>
          <w:tcPr>
            <w:tcW w:w="1898" w:type="dxa"/>
          </w:tcPr>
          <w:p w14:paraId="0D0A1949" w14:textId="77777777" w:rsidR="008139C7" w:rsidRDefault="00000000" w:rsidP="001D22A7">
            <w:pPr>
              <w:jc w:val="both"/>
            </w:pPr>
            <w:proofErr w:type="spellStart"/>
            <w:r>
              <w:t>Periodo</w:t>
            </w:r>
            <w:proofErr w:type="spellEnd"/>
          </w:p>
        </w:tc>
        <w:tc>
          <w:tcPr>
            <w:tcW w:w="1898" w:type="dxa"/>
          </w:tcPr>
          <w:p w14:paraId="5778AF1B" w14:textId="77777777" w:rsidR="008139C7" w:rsidRDefault="00000000" w:rsidP="001D22A7">
            <w:pPr>
              <w:jc w:val="both"/>
            </w:pPr>
            <w:r>
              <w:t>Ente/Azienda</w:t>
            </w:r>
          </w:p>
        </w:tc>
        <w:tc>
          <w:tcPr>
            <w:tcW w:w="1898" w:type="dxa"/>
          </w:tcPr>
          <w:p w14:paraId="4BE27161" w14:textId="77777777" w:rsidR="008139C7" w:rsidRDefault="00000000" w:rsidP="001D22A7">
            <w:pPr>
              <w:jc w:val="both"/>
            </w:pPr>
            <w:proofErr w:type="spellStart"/>
            <w:r>
              <w:t>Ruolo</w:t>
            </w:r>
            <w:proofErr w:type="spellEnd"/>
          </w:p>
        </w:tc>
        <w:tc>
          <w:tcPr>
            <w:tcW w:w="1898" w:type="dxa"/>
          </w:tcPr>
          <w:p w14:paraId="49247685" w14:textId="77777777" w:rsidR="008139C7" w:rsidRDefault="00000000" w:rsidP="001D22A7">
            <w:pPr>
              <w:jc w:val="both"/>
            </w:pPr>
            <w:proofErr w:type="spellStart"/>
            <w:r>
              <w:t>Principali</w:t>
            </w:r>
            <w:proofErr w:type="spellEnd"/>
            <w:r>
              <w:t xml:space="preserve"> </w:t>
            </w:r>
            <w:proofErr w:type="spellStart"/>
            <w:r>
              <w:t>attività</w:t>
            </w:r>
            <w:proofErr w:type="spellEnd"/>
          </w:p>
        </w:tc>
        <w:tc>
          <w:tcPr>
            <w:tcW w:w="1898" w:type="dxa"/>
          </w:tcPr>
          <w:p w14:paraId="16E3B5D1" w14:textId="77777777" w:rsidR="008139C7" w:rsidRDefault="00000000" w:rsidP="001D22A7">
            <w:pPr>
              <w:jc w:val="both"/>
            </w:pPr>
            <w:r>
              <w:t xml:space="preserve">Pertinenza con </w:t>
            </w:r>
            <w:proofErr w:type="spellStart"/>
            <w:r>
              <w:t>l'insegnamento</w:t>
            </w:r>
            <w:proofErr w:type="spellEnd"/>
          </w:p>
        </w:tc>
      </w:tr>
      <w:tr w:rsidR="008139C7" w14:paraId="3EAF53C4" w14:textId="77777777" w:rsidTr="006F64E0">
        <w:trPr>
          <w:trHeight w:val="279"/>
        </w:trPr>
        <w:tc>
          <w:tcPr>
            <w:tcW w:w="1898" w:type="dxa"/>
          </w:tcPr>
          <w:p w14:paraId="2791FD6E" w14:textId="77777777" w:rsidR="008139C7" w:rsidRDefault="008139C7" w:rsidP="001D22A7">
            <w:pPr>
              <w:jc w:val="both"/>
            </w:pPr>
          </w:p>
        </w:tc>
        <w:tc>
          <w:tcPr>
            <w:tcW w:w="1898" w:type="dxa"/>
          </w:tcPr>
          <w:p w14:paraId="26B434C3" w14:textId="77777777" w:rsidR="008139C7" w:rsidRDefault="008139C7" w:rsidP="001D22A7">
            <w:pPr>
              <w:jc w:val="both"/>
            </w:pPr>
          </w:p>
        </w:tc>
        <w:tc>
          <w:tcPr>
            <w:tcW w:w="1898" w:type="dxa"/>
          </w:tcPr>
          <w:p w14:paraId="6A58E179" w14:textId="77777777" w:rsidR="008139C7" w:rsidRDefault="008139C7" w:rsidP="001D22A7">
            <w:pPr>
              <w:jc w:val="both"/>
            </w:pPr>
          </w:p>
        </w:tc>
        <w:tc>
          <w:tcPr>
            <w:tcW w:w="1898" w:type="dxa"/>
          </w:tcPr>
          <w:p w14:paraId="6ECEC77B" w14:textId="77777777" w:rsidR="008139C7" w:rsidRDefault="008139C7" w:rsidP="001D22A7">
            <w:pPr>
              <w:jc w:val="both"/>
            </w:pPr>
          </w:p>
        </w:tc>
        <w:tc>
          <w:tcPr>
            <w:tcW w:w="1898" w:type="dxa"/>
          </w:tcPr>
          <w:p w14:paraId="0DC7A270" w14:textId="77777777" w:rsidR="008139C7" w:rsidRDefault="008139C7" w:rsidP="001D22A7">
            <w:pPr>
              <w:jc w:val="both"/>
            </w:pPr>
          </w:p>
        </w:tc>
      </w:tr>
    </w:tbl>
    <w:p w14:paraId="672D5F11" w14:textId="77777777" w:rsidR="008139C7" w:rsidRDefault="00000000" w:rsidP="001D22A7">
      <w:pPr>
        <w:pStyle w:val="Titolo2"/>
        <w:jc w:val="both"/>
      </w:pPr>
      <w:proofErr w:type="spellStart"/>
      <w:r>
        <w:t>Competenze</w:t>
      </w:r>
      <w:proofErr w:type="spellEnd"/>
      <w:r>
        <w:t xml:space="preserve"> </w:t>
      </w:r>
      <w:proofErr w:type="spellStart"/>
      <w:r>
        <w:t>linguistiche</w:t>
      </w:r>
      <w:proofErr w:type="spellEnd"/>
    </w:p>
    <w:tbl>
      <w:tblPr>
        <w:tblStyle w:val="Grigliatabella"/>
        <w:tblW w:w="9522" w:type="dxa"/>
        <w:tblLook w:val="04A0" w:firstRow="1" w:lastRow="0" w:firstColumn="1" w:lastColumn="0" w:noHBand="0" w:noVBand="1"/>
      </w:tblPr>
      <w:tblGrid>
        <w:gridCol w:w="4761"/>
        <w:gridCol w:w="4761"/>
      </w:tblGrid>
      <w:tr w:rsidR="008139C7" w14:paraId="4F49A12E" w14:textId="77777777" w:rsidTr="006F64E0">
        <w:trPr>
          <w:trHeight w:val="263"/>
        </w:trPr>
        <w:tc>
          <w:tcPr>
            <w:tcW w:w="4761" w:type="dxa"/>
          </w:tcPr>
          <w:p w14:paraId="52A4F959" w14:textId="77777777" w:rsidR="008139C7" w:rsidRDefault="00000000" w:rsidP="001D22A7">
            <w:pPr>
              <w:jc w:val="both"/>
            </w:pPr>
            <w:r>
              <w:t>Lingua</w:t>
            </w:r>
          </w:p>
        </w:tc>
        <w:tc>
          <w:tcPr>
            <w:tcW w:w="4761" w:type="dxa"/>
          </w:tcPr>
          <w:p w14:paraId="1DFEB3EF" w14:textId="77777777" w:rsidR="008139C7" w:rsidRDefault="00000000" w:rsidP="001D22A7">
            <w:pPr>
              <w:jc w:val="both"/>
            </w:pPr>
            <w:proofErr w:type="spellStart"/>
            <w:r>
              <w:t>Livello</w:t>
            </w:r>
            <w:proofErr w:type="spellEnd"/>
          </w:p>
        </w:tc>
      </w:tr>
      <w:tr w:rsidR="008139C7" w14:paraId="06F39751" w14:textId="77777777" w:rsidTr="006F64E0">
        <w:trPr>
          <w:trHeight w:val="274"/>
        </w:trPr>
        <w:tc>
          <w:tcPr>
            <w:tcW w:w="4761" w:type="dxa"/>
          </w:tcPr>
          <w:p w14:paraId="56B934E1" w14:textId="77777777" w:rsidR="008139C7" w:rsidRDefault="008139C7" w:rsidP="001D22A7">
            <w:pPr>
              <w:jc w:val="both"/>
            </w:pPr>
          </w:p>
        </w:tc>
        <w:tc>
          <w:tcPr>
            <w:tcW w:w="4761" w:type="dxa"/>
          </w:tcPr>
          <w:p w14:paraId="1A2E8D68" w14:textId="77777777" w:rsidR="008139C7" w:rsidRDefault="008139C7" w:rsidP="001D22A7">
            <w:pPr>
              <w:jc w:val="both"/>
            </w:pPr>
          </w:p>
        </w:tc>
      </w:tr>
    </w:tbl>
    <w:p w14:paraId="4A00AB4F" w14:textId="77777777" w:rsidR="008139C7" w:rsidRDefault="00000000" w:rsidP="001D22A7">
      <w:pPr>
        <w:pStyle w:val="Titolo2"/>
        <w:jc w:val="both"/>
      </w:pPr>
      <w:proofErr w:type="spellStart"/>
      <w:r>
        <w:t>Competenze</w:t>
      </w:r>
      <w:proofErr w:type="spellEnd"/>
      <w:r>
        <w:t xml:space="preserve"> </w:t>
      </w:r>
      <w:proofErr w:type="spellStart"/>
      <w:r>
        <w:t>informatiche</w:t>
      </w:r>
      <w:proofErr w:type="spellEnd"/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9209"/>
      </w:tblGrid>
      <w:tr w:rsidR="006F64E0" w14:paraId="69FDAE23" w14:textId="77777777" w:rsidTr="006F64E0">
        <w:tc>
          <w:tcPr>
            <w:tcW w:w="9397" w:type="dxa"/>
          </w:tcPr>
          <w:p w14:paraId="63B320C9" w14:textId="77777777" w:rsidR="006F64E0" w:rsidRDefault="006F64E0" w:rsidP="006F64E0"/>
        </w:tc>
      </w:tr>
      <w:tr w:rsidR="006F64E0" w14:paraId="760D768E" w14:textId="77777777" w:rsidTr="006F64E0">
        <w:tc>
          <w:tcPr>
            <w:tcW w:w="9397" w:type="dxa"/>
          </w:tcPr>
          <w:p w14:paraId="440E5CDE" w14:textId="77777777" w:rsidR="006F64E0" w:rsidRDefault="006F64E0" w:rsidP="006F64E0"/>
        </w:tc>
      </w:tr>
      <w:tr w:rsidR="006F64E0" w14:paraId="34CD8B1A" w14:textId="77777777" w:rsidTr="006F64E0">
        <w:tc>
          <w:tcPr>
            <w:tcW w:w="9397" w:type="dxa"/>
          </w:tcPr>
          <w:p w14:paraId="7D8A117B" w14:textId="77777777" w:rsidR="006F64E0" w:rsidRDefault="006F64E0" w:rsidP="006F64E0"/>
        </w:tc>
      </w:tr>
    </w:tbl>
    <w:p w14:paraId="797AA365" w14:textId="44A17631" w:rsidR="00463491" w:rsidRDefault="00000000" w:rsidP="001D22A7">
      <w:pPr>
        <w:jc w:val="both"/>
      </w:pPr>
      <w:r>
        <w:br/>
      </w:r>
    </w:p>
    <w:sectPr w:rsidR="00463491" w:rsidSect="001860E5">
      <w:pgSz w:w="12240" w:h="15840"/>
      <w:pgMar w:top="1440" w:right="1183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5209381">
    <w:abstractNumId w:val="8"/>
  </w:num>
  <w:num w:numId="2" w16cid:durableId="1258756806">
    <w:abstractNumId w:val="6"/>
  </w:num>
  <w:num w:numId="3" w16cid:durableId="1462066201">
    <w:abstractNumId w:val="5"/>
  </w:num>
  <w:num w:numId="4" w16cid:durableId="1234468742">
    <w:abstractNumId w:val="4"/>
  </w:num>
  <w:num w:numId="5" w16cid:durableId="1405488738">
    <w:abstractNumId w:val="7"/>
  </w:num>
  <w:num w:numId="6" w16cid:durableId="271330869">
    <w:abstractNumId w:val="3"/>
  </w:num>
  <w:num w:numId="7" w16cid:durableId="518589825">
    <w:abstractNumId w:val="2"/>
  </w:num>
  <w:num w:numId="8" w16cid:durableId="1525242010">
    <w:abstractNumId w:val="1"/>
  </w:num>
  <w:num w:numId="9" w16cid:durableId="82905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701"/>
    <w:rsid w:val="00034616"/>
    <w:rsid w:val="0005252C"/>
    <w:rsid w:val="0006063C"/>
    <w:rsid w:val="00096789"/>
    <w:rsid w:val="0015074B"/>
    <w:rsid w:val="001860E5"/>
    <w:rsid w:val="001943A8"/>
    <w:rsid w:val="001B193E"/>
    <w:rsid w:val="001D22A7"/>
    <w:rsid w:val="00292921"/>
    <w:rsid w:val="0029639D"/>
    <w:rsid w:val="002D6D53"/>
    <w:rsid w:val="00326F90"/>
    <w:rsid w:val="003425EC"/>
    <w:rsid w:val="00392EB0"/>
    <w:rsid w:val="003C3DC0"/>
    <w:rsid w:val="003D51E0"/>
    <w:rsid w:val="00412B47"/>
    <w:rsid w:val="00414CE9"/>
    <w:rsid w:val="00463491"/>
    <w:rsid w:val="0048710A"/>
    <w:rsid w:val="00522DA5"/>
    <w:rsid w:val="006F64E0"/>
    <w:rsid w:val="00790BCB"/>
    <w:rsid w:val="007F7DE3"/>
    <w:rsid w:val="00812850"/>
    <w:rsid w:val="008139C7"/>
    <w:rsid w:val="0083188A"/>
    <w:rsid w:val="008C064E"/>
    <w:rsid w:val="00903267"/>
    <w:rsid w:val="00903F26"/>
    <w:rsid w:val="0093085E"/>
    <w:rsid w:val="009B6094"/>
    <w:rsid w:val="009D0BF3"/>
    <w:rsid w:val="00A00078"/>
    <w:rsid w:val="00AA1D8D"/>
    <w:rsid w:val="00AE0072"/>
    <w:rsid w:val="00B117F7"/>
    <w:rsid w:val="00B3671D"/>
    <w:rsid w:val="00B47730"/>
    <w:rsid w:val="00C4516B"/>
    <w:rsid w:val="00C86A73"/>
    <w:rsid w:val="00CB0664"/>
    <w:rsid w:val="00CF0B17"/>
    <w:rsid w:val="00E512B5"/>
    <w:rsid w:val="00F16651"/>
    <w:rsid w:val="00F61E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9025299-E185-4C67-8B9E-C29CA8E4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4871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2D050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871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2D050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48710A"/>
    <w:rPr>
      <w:rFonts w:asciiTheme="majorHAnsi" w:eastAsiaTheme="majorEastAsia" w:hAnsiTheme="majorHAnsi" w:cstheme="majorBidi"/>
      <w:b/>
      <w:bCs/>
      <w:color w:val="92D050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8710A"/>
    <w:rPr>
      <w:rFonts w:asciiTheme="majorHAnsi" w:eastAsiaTheme="majorEastAsia" w:hAnsiTheme="majorHAnsi" w:cstheme="majorBidi"/>
      <w:b/>
      <w:bCs/>
      <w:color w:val="92D050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</dc:creator>
  <cp:keywords/>
  <dc:description>generated by python-docx</dc:description>
  <cp:lastModifiedBy>GAUDIOSI vincenzo</cp:lastModifiedBy>
  <cp:revision>4</cp:revision>
  <dcterms:created xsi:type="dcterms:W3CDTF">2026-08-03T10:02:00Z</dcterms:created>
  <dcterms:modified xsi:type="dcterms:W3CDTF">2026-08-03T10:03:00Z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174e2709-669d-4614-847f-ccf013b55912</vt:lpwstr>
  </property>
</Properties>
</file>