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A76C28" w14:textId="2FD8C999" w:rsidR="003276DC" w:rsidRDefault="009A11FA" w:rsidP="009A11FA">
      <w:pPr>
        <w:jc w:val="center"/>
      </w:pPr>
      <w:r>
        <w:rPr>
          <w:b/>
          <w:bCs/>
          <w:noProof/>
        </w:rPr>
        <w:drawing>
          <wp:inline distT="0" distB="0" distL="0" distR="0" wp14:anchorId="2ABAC109" wp14:editId="598C3090">
            <wp:extent cx="1171575" cy="1190625"/>
            <wp:effectExtent l="0" t="0" r="9525" b="9525"/>
            <wp:docPr id="1" name="Immagine 1" descr="Immagine che contiene testo, lettera, simbolo,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lettera, simbolo, Carattere&#10;&#10;Descrizione generata automaticamen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71575" cy="1190625"/>
                    </a:xfrm>
                    <a:prstGeom prst="rect">
                      <a:avLst/>
                    </a:prstGeom>
                    <a:noFill/>
                  </pic:spPr>
                </pic:pic>
              </a:graphicData>
            </a:graphic>
          </wp:inline>
        </w:drawing>
      </w:r>
      <w:r w:rsidR="00000000">
        <w:rPr>
          <w:b/>
        </w:rPr>
        <w:t xml:space="preserve">University of </w:t>
      </w:r>
      <w:proofErr w:type="spellStart"/>
      <w:r w:rsidR="00000000">
        <w:rPr>
          <w:b/>
        </w:rPr>
        <w:t>Sannio</w:t>
      </w:r>
      <w:proofErr w:type="spellEnd"/>
    </w:p>
    <w:p w14:paraId="4FED12CC" w14:textId="77777777" w:rsidR="003276DC" w:rsidRDefault="00000000">
      <w:pPr>
        <w:jc w:val="center"/>
      </w:pPr>
      <w:r>
        <w:rPr>
          <w:b/>
        </w:rPr>
        <w:br/>
        <w:t>APPLICATION FOR EXAM RECOGNITION FOR DOUBLE ENROLLMENT</w:t>
      </w:r>
      <w:r>
        <w:rPr>
          <w:b/>
        </w:rPr>
        <w:br/>
        <w:t>TO THE DEGREE COURSE COUNCIL</w:t>
      </w:r>
      <w:r>
        <w:rPr>
          <w:b/>
        </w:rPr>
        <w:br/>
        <w:t>____________________________</w:t>
      </w:r>
    </w:p>
    <w:p w14:paraId="54F6F4E6" w14:textId="77777777" w:rsidR="003276DC" w:rsidRDefault="00000000">
      <w:r>
        <w:t>The undersigned ____________________ Surname and name ________________________________________</w:t>
      </w:r>
    </w:p>
    <w:p w14:paraId="211DFEC3" w14:textId="77777777" w:rsidR="003276DC" w:rsidRDefault="00000000">
      <w:r>
        <w:t>Born in ____________________________________________ On _______________________</w:t>
      </w:r>
    </w:p>
    <w:p w14:paraId="16C34533" w14:textId="77777777" w:rsidR="003276DC" w:rsidRDefault="00000000">
      <w:r>
        <w:t>Mobile phone _____________________ e-mail __________________________________</w:t>
      </w:r>
    </w:p>
    <w:p w14:paraId="5C427E82" w14:textId="77777777" w:rsidR="003276DC" w:rsidRDefault="00000000">
      <w:r>
        <w:t>Declares to be currently enrolled for the a.y. ______/______ in a course of:</w:t>
      </w:r>
    </w:p>
    <w:p w14:paraId="7DFC17EA" w14:textId="77777777" w:rsidR="003276DC" w:rsidRDefault="00000000">
      <w:r>
        <w:t>□ Bachelor's Degree  □ Master's Degree  □ Single-cycle Master's Degree  □ First-level Master</w:t>
      </w:r>
      <w:r>
        <w:br/>
        <w:t>□ Second-level Master  □ PhD</w:t>
      </w:r>
    </w:p>
    <w:p w14:paraId="4B2E7247" w14:textId="77777777" w:rsidR="003276DC" w:rsidRDefault="00000000">
      <w:r>
        <w:t>At the UNIVERSITY OF SANNIO</w:t>
      </w:r>
    </w:p>
    <w:p w14:paraId="4FE2FAD0" w14:textId="77777777" w:rsidR="003276DC" w:rsidRDefault="00000000">
      <w:r>
        <w:t>___________________________________________________________________________</w:t>
      </w:r>
      <w:r>
        <w:br/>
        <w:t>Name of the study program you are enrolled in</w:t>
      </w:r>
    </w:p>
    <w:p w14:paraId="51BCE26A" w14:textId="77777777" w:rsidR="003276DC" w:rsidRDefault="00000000">
      <w:r>
        <w:t>___________________________________________________________________________</w:t>
      </w:r>
      <w:r>
        <w:br/>
        <w:t>Course year you are enrolled in</w:t>
      </w:r>
    </w:p>
    <w:p w14:paraId="5646E914" w14:textId="77777777" w:rsidR="003276DC" w:rsidRDefault="00000000">
      <w:r>
        <w:br/>
        <w:t>and SIMULTANEOUSLY ENROLLED in the following second study program:</w:t>
      </w:r>
    </w:p>
    <w:p w14:paraId="796885AB" w14:textId="77777777" w:rsidR="003276DC" w:rsidRDefault="00000000">
      <w:r>
        <w:t>□ Bachelor's Degree  □ Master's Degree  □ Single-cycle Master's Degree  □ First-level Master</w:t>
      </w:r>
      <w:r>
        <w:br/>
        <w:t>□ Second-level Master  □ PhD  □ Medical Specialization  □ Non-medical Specialization  □ AFAM Course</w:t>
      </w:r>
    </w:p>
    <w:p w14:paraId="39DCF66B" w14:textId="77777777" w:rsidR="003276DC" w:rsidRDefault="00000000">
      <w:r>
        <w:t xml:space="preserve">At: □ Other University    □ Foreign University ___________________________________________________________________________ </w:t>
      </w:r>
      <w:r>
        <w:br/>
        <w:t>Name and location of the University</w:t>
      </w:r>
    </w:p>
    <w:p w14:paraId="6CE6461A" w14:textId="77777777" w:rsidR="003276DC" w:rsidRDefault="00000000">
      <w:r>
        <w:t xml:space="preserve">___________________________________________________________________________ </w:t>
      </w:r>
      <w:r>
        <w:br/>
        <w:t>Name of the study program you are enrolled in</w:t>
      </w:r>
    </w:p>
    <w:p w14:paraId="591C4E7A" w14:textId="77777777" w:rsidR="003276DC" w:rsidRDefault="00000000">
      <w:r>
        <w:t>___________________________________________________________________________</w:t>
      </w:r>
      <w:r>
        <w:br/>
        <w:t>Degree class (only for Bachelor's, Master's, Single-cycle Master's degrees)</w:t>
      </w:r>
    </w:p>
    <w:p w14:paraId="2DFB81E7" w14:textId="77777777" w:rsidR="003276DC" w:rsidRDefault="00000000">
      <w:r>
        <w:lastRenderedPageBreak/>
        <w:t>___________________________________________________________________________</w:t>
      </w:r>
      <w:r>
        <w:br/>
        <w:t>Course year you are enrolled in</w:t>
      </w:r>
    </w:p>
    <w:p w14:paraId="24B33DC2" w14:textId="77777777" w:rsidR="003276DC" w:rsidRDefault="00000000">
      <w:r>
        <w:t>The course I am enrolled in requires mandatory attendance □ Yes □ No</w:t>
      </w:r>
    </w:p>
    <w:p w14:paraId="0B54EFDB" w14:textId="77777777" w:rsidR="003276DC" w:rsidRDefault="00000000">
      <w:r>
        <w:br/>
        <w:t>To this end, I request the recognition of the CFUs (ECTS credits) earned as shown in the table below, in compliance with the study plan followed and attached herewith:</w:t>
      </w:r>
    </w:p>
    <w:tbl>
      <w:tblPr>
        <w:tblStyle w:val="Grigliatabella"/>
        <w:tblW w:w="0" w:type="auto"/>
        <w:tblLook w:val="04A0" w:firstRow="1" w:lastRow="0" w:firstColumn="1" w:lastColumn="0" w:noHBand="0" w:noVBand="1"/>
      </w:tblPr>
      <w:tblGrid>
        <w:gridCol w:w="1941"/>
        <w:gridCol w:w="1728"/>
        <w:gridCol w:w="1728"/>
        <w:gridCol w:w="1728"/>
        <w:gridCol w:w="1728"/>
      </w:tblGrid>
      <w:tr w:rsidR="003276DC" w14:paraId="23047FCD" w14:textId="77777777">
        <w:tc>
          <w:tcPr>
            <w:tcW w:w="1728" w:type="dxa"/>
          </w:tcPr>
          <w:p w14:paraId="548256C2" w14:textId="77777777" w:rsidR="003276DC" w:rsidRDefault="00000000">
            <w:r>
              <w:t>COURSE/SUBJECT</w:t>
            </w:r>
          </w:p>
        </w:tc>
        <w:tc>
          <w:tcPr>
            <w:tcW w:w="1728" w:type="dxa"/>
          </w:tcPr>
          <w:p w14:paraId="27474524" w14:textId="77777777" w:rsidR="003276DC" w:rsidRDefault="00000000">
            <w:r>
              <w:t>SSD (Disciplinary Scientific Sector)</w:t>
            </w:r>
          </w:p>
        </w:tc>
        <w:tc>
          <w:tcPr>
            <w:tcW w:w="1728" w:type="dxa"/>
          </w:tcPr>
          <w:p w14:paraId="743448CC" w14:textId="77777777" w:rsidR="003276DC" w:rsidRDefault="00000000">
            <w:r>
              <w:t>CFU (Credits)</w:t>
            </w:r>
          </w:p>
        </w:tc>
        <w:tc>
          <w:tcPr>
            <w:tcW w:w="1728" w:type="dxa"/>
          </w:tcPr>
          <w:p w14:paraId="14D9A855" w14:textId="77777777" w:rsidR="003276DC" w:rsidRDefault="00000000">
            <w:r>
              <w:t>DATE</w:t>
            </w:r>
          </w:p>
        </w:tc>
        <w:tc>
          <w:tcPr>
            <w:tcW w:w="1728" w:type="dxa"/>
          </w:tcPr>
          <w:p w14:paraId="7D1B7FD8" w14:textId="77777777" w:rsidR="003276DC" w:rsidRDefault="00000000">
            <w:r>
              <w:t>GRADE</w:t>
            </w:r>
          </w:p>
        </w:tc>
      </w:tr>
      <w:tr w:rsidR="003276DC" w14:paraId="183B1813" w14:textId="77777777">
        <w:tc>
          <w:tcPr>
            <w:tcW w:w="1728" w:type="dxa"/>
          </w:tcPr>
          <w:p w14:paraId="7EA79863" w14:textId="77777777" w:rsidR="003276DC" w:rsidRDefault="003276DC"/>
        </w:tc>
        <w:tc>
          <w:tcPr>
            <w:tcW w:w="1728" w:type="dxa"/>
          </w:tcPr>
          <w:p w14:paraId="7E8E01A7" w14:textId="77777777" w:rsidR="003276DC" w:rsidRDefault="003276DC"/>
        </w:tc>
        <w:tc>
          <w:tcPr>
            <w:tcW w:w="1728" w:type="dxa"/>
          </w:tcPr>
          <w:p w14:paraId="28E24EE4" w14:textId="77777777" w:rsidR="003276DC" w:rsidRDefault="003276DC"/>
        </w:tc>
        <w:tc>
          <w:tcPr>
            <w:tcW w:w="1728" w:type="dxa"/>
          </w:tcPr>
          <w:p w14:paraId="0CF957F9" w14:textId="77777777" w:rsidR="003276DC" w:rsidRDefault="003276DC"/>
        </w:tc>
        <w:tc>
          <w:tcPr>
            <w:tcW w:w="1728" w:type="dxa"/>
          </w:tcPr>
          <w:p w14:paraId="54B0A873" w14:textId="77777777" w:rsidR="003276DC" w:rsidRDefault="003276DC"/>
        </w:tc>
      </w:tr>
      <w:tr w:rsidR="003276DC" w14:paraId="48BFC13F" w14:textId="77777777">
        <w:tc>
          <w:tcPr>
            <w:tcW w:w="1728" w:type="dxa"/>
          </w:tcPr>
          <w:p w14:paraId="2E1751A4" w14:textId="77777777" w:rsidR="003276DC" w:rsidRDefault="003276DC"/>
        </w:tc>
        <w:tc>
          <w:tcPr>
            <w:tcW w:w="1728" w:type="dxa"/>
          </w:tcPr>
          <w:p w14:paraId="4FA3D805" w14:textId="77777777" w:rsidR="003276DC" w:rsidRDefault="003276DC"/>
        </w:tc>
        <w:tc>
          <w:tcPr>
            <w:tcW w:w="1728" w:type="dxa"/>
          </w:tcPr>
          <w:p w14:paraId="5BA310AE" w14:textId="77777777" w:rsidR="003276DC" w:rsidRDefault="003276DC"/>
        </w:tc>
        <w:tc>
          <w:tcPr>
            <w:tcW w:w="1728" w:type="dxa"/>
          </w:tcPr>
          <w:p w14:paraId="19C3CD63" w14:textId="77777777" w:rsidR="003276DC" w:rsidRDefault="003276DC"/>
        </w:tc>
        <w:tc>
          <w:tcPr>
            <w:tcW w:w="1728" w:type="dxa"/>
          </w:tcPr>
          <w:p w14:paraId="07AB1135" w14:textId="77777777" w:rsidR="003276DC" w:rsidRDefault="003276DC"/>
        </w:tc>
      </w:tr>
      <w:tr w:rsidR="003276DC" w14:paraId="46DB0B9F" w14:textId="77777777">
        <w:tc>
          <w:tcPr>
            <w:tcW w:w="1728" w:type="dxa"/>
          </w:tcPr>
          <w:p w14:paraId="7F65610E" w14:textId="77777777" w:rsidR="003276DC" w:rsidRDefault="003276DC"/>
        </w:tc>
        <w:tc>
          <w:tcPr>
            <w:tcW w:w="1728" w:type="dxa"/>
          </w:tcPr>
          <w:p w14:paraId="6F4947C0" w14:textId="77777777" w:rsidR="003276DC" w:rsidRDefault="003276DC"/>
        </w:tc>
        <w:tc>
          <w:tcPr>
            <w:tcW w:w="1728" w:type="dxa"/>
          </w:tcPr>
          <w:p w14:paraId="69527FB7" w14:textId="77777777" w:rsidR="003276DC" w:rsidRDefault="003276DC"/>
        </w:tc>
        <w:tc>
          <w:tcPr>
            <w:tcW w:w="1728" w:type="dxa"/>
          </w:tcPr>
          <w:p w14:paraId="1CFA9023" w14:textId="77777777" w:rsidR="003276DC" w:rsidRDefault="003276DC"/>
        </w:tc>
        <w:tc>
          <w:tcPr>
            <w:tcW w:w="1728" w:type="dxa"/>
          </w:tcPr>
          <w:p w14:paraId="53783D78" w14:textId="77777777" w:rsidR="003276DC" w:rsidRDefault="003276DC"/>
        </w:tc>
      </w:tr>
      <w:tr w:rsidR="003276DC" w14:paraId="47E20C24" w14:textId="77777777">
        <w:tc>
          <w:tcPr>
            <w:tcW w:w="1728" w:type="dxa"/>
          </w:tcPr>
          <w:p w14:paraId="5C59A33C" w14:textId="77777777" w:rsidR="003276DC" w:rsidRDefault="003276DC"/>
        </w:tc>
        <w:tc>
          <w:tcPr>
            <w:tcW w:w="1728" w:type="dxa"/>
          </w:tcPr>
          <w:p w14:paraId="75D811C8" w14:textId="77777777" w:rsidR="003276DC" w:rsidRDefault="003276DC"/>
        </w:tc>
        <w:tc>
          <w:tcPr>
            <w:tcW w:w="1728" w:type="dxa"/>
          </w:tcPr>
          <w:p w14:paraId="7D2F0F74" w14:textId="77777777" w:rsidR="003276DC" w:rsidRDefault="003276DC"/>
        </w:tc>
        <w:tc>
          <w:tcPr>
            <w:tcW w:w="1728" w:type="dxa"/>
          </w:tcPr>
          <w:p w14:paraId="1170C144" w14:textId="77777777" w:rsidR="003276DC" w:rsidRDefault="003276DC"/>
        </w:tc>
        <w:tc>
          <w:tcPr>
            <w:tcW w:w="1728" w:type="dxa"/>
          </w:tcPr>
          <w:p w14:paraId="2DB30560" w14:textId="77777777" w:rsidR="003276DC" w:rsidRDefault="003276DC"/>
        </w:tc>
      </w:tr>
      <w:tr w:rsidR="003276DC" w14:paraId="25B395B6" w14:textId="77777777">
        <w:tc>
          <w:tcPr>
            <w:tcW w:w="1728" w:type="dxa"/>
          </w:tcPr>
          <w:p w14:paraId="45F899DE" w14:textId="77777777" w:rsidR="003276DC" w:rsidRDefault="003276DC"/>
        </w:tc>
        <w:tc>
          <w:tcPr>
            <w:tcW w:w="1728" w:type="dxa"/>
          </w:tcPr>
          <w:p w14:paraId="6D33BCDA" w14:textId="77777777" w:rsidR="003276DC" w:rsidRDefault="003276DC"/>
        </w:tc>
        <w:tc>
          <w:tcPr>
            <w:tcW w:w="1728" w:type="dxa"/>
          </w:tcPr>
          <w:p w14:paraId="74E0E3EA" w14:textId="77777777" w:rsidR="003276DC" w:rsidRDefault="003276DC"/>
        </w:tc>
        <w:tc>
          <w:tcPr>
            <w:tcW w:w="1728" w:type="dxa"/>
          </w:tcPr>
          <w:p w14:paraId="7294776C" w14:textId="77777777" w:rsidR="003276DC" w:rsidRDefault="003276DC"/>
        </w:tc>
        <w:tc>
          <w:tcPr>
            <w:tcW w:w="1728" w:type="dxa"/>
          </w:tcPr>
          <w:p w14:paraId="44B66E55" w14:textId="77777777" w:rsidR="003276DC" w:rsidRDefault="003276DC"/>
        </w:tc>
      </w:tr>
      <w:tr w:rsidR="003276DC" w14:paraId="2D4FB6AA" w14:textId="77777777">
        <w:tc>
          <w:tcPr>
            <w:tcW w:w="1728" w:type="dxa"/>
          </w:tcPr>
          <w:p w14:paraId="758330FE" w14:textId="77777777" w:rsidR="003276DC" w:rsidRDefault="003276DC"/>
        </w:tc>
        <w:tc>
          <w:tcPr>
            <w:tcW w:w="1728" w:type="dxa"/>
          </w:tcPr>
          <w:p w14:paraId="44FB8439" w14:textId="77777777" w:rsidR="003276DC" w:rsidRDefault="003276DC"/>
        </w:tc>
        <w:tc>
          <w:tcPr>
            <w:tcW w:w="1728" w:type="dxa"/>
          </w:tcPr>
          <w:p w14:paraId="000C539B" w14:textId="77777777" w:rsidR="003276DC" w:rsidRDefault="003276DC"/>
        </w:tc>
        <w:tc>
          <w:tcPr>
            <w:tcW w:w="1728" w:type="dxa"/>
          </w:tcPr>
          <w:p w14:paraId="73F00D10" w14:textId="77777777" w:rsidR="003276DC" w:rsidRDefault="003276DC"/>
        </w:tc>
        <w:tc>
          <w:tcPr>
            <w:tcW w:w="1728" w:type="dxa"/>
          </w:tcPr>
          <w:p w14:paraId="5B322203" w14:textId="77777777" w:rsidR="003276DC" w:rsidRDefault="003276DC"/>
        </w:tc>
      </w:tr>
      <w:tr w:rsidR="003276DC" w14:paraId="28E755ED" w14:textId="77777777">
        <w:tc>
          <w:tcPr>
            <w:tcW w:w="1728" w:type="dxa"/>
          </w:tcPr>
          <w:p w14:paraId="661F6EF9" w14:textId="77777777" w:rsidR="003276DC" w:rsidRDefault="003276DC"/>
        </w:tc>
        <w:tc>
          <w:tcPr>
            <w:tcW w:w="1728" w:type="dxa"/>
          </w:tcPr>
          <w:p w14:paraId="5EF130C7" w14:textId="77777777" w:rsidR="003276DC" w:rsidRDefault="003276DC"/>
        </w:tc>
        <w:tc>
          <w:tcPr>
            <w:tcW w:w="1728" w:type="dxa"/>
          </w:tcPr>
          <w:p w14:paraId="65E938D4" w14:textId="77777777" w:rsidR="003276DC" w:rsidRDefault="003276DC"/>
        </w:tc>
        <w:tc>
          <w:tcPr>
            <w:tcW w:w="1728" w:type="dxa"/>
          </w:tcPr>
          <w:p w14:paraId="3F36047E" w14:textId="77777777" w:rsidR="003276DC" w:rsidRDefault="003276DC"/>
        </w:tc>
        <w:tc>
          <w:tcPr>
            <w:tcW w:w="1728" w:type="dxa"/>
          </w:tcPr>
          <w:p w14:paraId="165729B2" w14:textId="77777777" w:rsidR="003276DC" w:rsidRDefault="003276DC"/>
        </w:tc>
      </w:tr>
      <w:tr w:rsidR="003276DC" w14:paraId="60722B5C" w14:textId="77777777">
        <w:tc>
          <w:tcPr>
            <w:tcW w:w="1728" w:type="dxa"/>
          </w:tcPr>
          <w:p w14:paraId="4DD82AC8" w14:textId="77777777" w:rsidR="003276DC" w:rsidRDefault="003276DC"/>
        </w:tc>
        <w:tc>
          <w:tcPr>
            <w:tcW w:w="1728" w:type="dxa"/>
          </w:tcPr>
          <w:p w14:paraId="78EE11A5" w14:textId="77777777" w:rsidR="003276DC" w:rsidRDefault="003276DC"/>
        </w:tc>
        <w:tc>
          <w:tcPr>
            <w:tcW w:w="1728" w:type="dxa"/>
          </w:tcPr>
          <w:p w14:paraId="6027E2B9" w14:textId="77777777" w:rsidR="003276DC" w:rsidRDefault="003276DC"/>
        </w:tc>
        <w:tc>
          <w:tcPr>
            <w:tcW w:w="1728" w:type="dxa"/>
          </w:tcPr>
          <w:p w14:paraId="7531AFBE" w14:textId="77777777" w:rsidR="003276DC" w:rsidRDefault="003276DC"/>
        </w:tc>
        <w:tc>
          <w:tcPr>
            <w:tcW w:w="1728" w:type="dxa"/>
          </w:tcPr>
          <w:p w14:paraId="0E2FF261" w14:textId="77777777" w:rsidR="003276DC" w:rsidRDefault="003276DC"/>
        </w:tc>
      </w:tr>
      <w:tr w:rsidR="003276DC" w14:paraId="184045E2" w14:textId="77777777">
        <w:tc>
          <w:tcPr>
            <w:tcW w:w="1728" w:type="dxa"/>
          </w:tcPr>
          <w:p w14:paraId="16F64423" w14:textId="77777777" w:rsidR="003276DC" w:rsidRDefault="003276DC"/>
        </w:tc>
        <w:tc>
          <w:tcPr>
            <w:tcW w:w="1728" w:type="dxa"/>
          </w:tcPr>
          <w:p w14:paraId="00A0B2C8" w14:textId="77777777" w:rsidR="003276DC" w:rsidRDefault="003276DC"/>
        </w:tc>
        <w:tc>
          <w:tcPr>
            <w:tcW w:w="1728" w:type="dxa"/>
          </w:tcPr>
          <w:p w14:paraId="2FF761BF" w14:textId="77777777" w:rsidR="003276DC" w:rsidRDefault="003276DC"/>
        </w:tc>
        <w:tc>
          <w:tcPr>
            <w:tcW w:w="1728" w:type="dxa"/>
          </w:tcPr>
          <w:p w14:paraId="406DB3FB" w14:textId="77777777" w:rsidR="003276DC" w:rsidRDefault="003276DC"/>
        </w:tc>
        <w:tc>
          <w:tcPr>
            <w:tcW w:w="1728" w:type="dxa"/>
          </w:tcPr>
          <w:p w14:paraId="4B9E701F" w14:textId="77777777" w:rsidR="003276DC" w:rsidRDefault="003276DC"/>
        </w:tc>
      </w:tr>
    </w:tbl>
    <w:p w14:paraId="74C5A2CD" w14:textId="77777777" w:rsidR="003276DC" w:rsidRDefault="00000000">
      <w:r>
        <w:br/>
        <w:t>I DECLARE</w:t>
      </w:r>
    </w:p>
    <w:p w14:paraId="5D03790C" w14:textId="77777777" w:rsidR="003276DC" w:rsidRDefault="00000000">
      <w:r>
        <w:t>□ to be aware of the constraints and prerequisites established by Law no. 33 of April 12, 2022, and Ministerial Decree 930 of July 29 regarding simultaneous enrollment in two study programs</w:t>
      </w:r>
    </w:p>
    <w:p w14:paraId="6947B4D2" w14:textId="77777777" w:rsidR="003276DC" w:rsidRDefault="00000000">
      <w:r>
        <w:t>□ pursuant to Articles 19 and 47 of D.P.R. 445 of 28/12/2000, that the attached documents are true to the original and to be aware that in the event of a false declaration, I will be punished under the Penal Code as prescribed by Article 76 of D.P.R. 445/2000</w:t>
      </w:r>
    </w:p>
    <w:p w14:paraId="7EF0D8F7" w14:textId="77777777" w:rsidR="003276DC" w:rsidRDefault="00000000">
      <w:r>
        <w:br/>
        <w:t>Date</w:t>
      </w:r>
      <w:r>
        <w:tab/>
      </w:r>
      <w:r>
        <w:tab/>
      </w:r>
      <w:r>
        <w:tab/>
      </w:r>
      <w:r>
        <w:tab/>
      </w:r>
      <w:r>
        <w:tab/>
      </w:r>
      <w:r>
        <w:tab/>
      </w:r>
      <w:r>
        <w:tab/>
      </w:r>
      <w:r>
        <w:tab/>
      </w:r>
      <w:r>
        <w:tab/>
        <w:t>SIGNATURE</w:t>
      </w:r>
      <w:r>
        <w:br/>
        <w:t>______________</w:t>
      </w:r>
      <w:r>
        <w:tab/>
      </w:r>
      <w:r>
        <w:tab/>
      </w:r>
      <w:r>
        <w:tab/>
      </w:r>
      <w:r>
        <w:tab/>
      </w:r>
      <w:r>
        <w:tab/>
      </w:r>
      <w:r>
        <w:tab/>
      </w:r>
      <w:r>
        <w:tab/>
        <w:t>_____________________</w:t>
      </w:r>
    </w:p>
    <w:p w14:paraId="78C08585" w14:textId="77777777" w:rsidR="003276DC" w:rsidRDefault="00000000">
      <w:r>
        <w:rPr>
          <w:sz w:val="16"/>
        </w:rPr>
        <w:t>Pursuant to Article 13 of EU Regulation 2016/679 of the European Parliament and of the Council of April 27, 2016 (hereinafter GDPR), the University of Sannio informs you that the collected data will be processed for the purposes of the procedure for which they are issued and will be used for this purpose and in any case for purposes connected to the performance of the institutional activities of the University. The provision of personal data is necessary to execute your request and their processing does not require the consent of the interested party. The provided data will be processed in accordance with current European (GDPR) and Italian (Legislative Decree 196/2003 and subsequent amendments) legislation.</w:t>
      </w:r>
    </w:p>
    <w:p w14:paraId="0CCF4105" w14:textId="77777777" w:rsidR="003276DC" w:rsidRDefault="00000000">
      <w:r>
        <w:rPr>
          <w:b/>
        </w:rPr>
        <w:t>To be sent to the following email address: ufficio.protocollo@unisannio.it</w:t>
      </w:r>
    </w:p>
    <w:sectPr w:rsidR="003276D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16cid:durableId="1550915321">
    <w:abstractNumId w:val="8"/>
  </w:num>
  <w:num w:numId="2" w16cid:durableId="303241691">
    <w:abstractNumId w:val="6"/>
  </w:num>
  <w:num w:numId="3" w16cid:durableId="1679698080">
    <w:abstractNumId w:val="5"/>
  </w:num>
  <w:num w:numId="4" w16cid:durableId="2068844904">
    <w:abstractNumId w:val="4"/>
  </w:num>
  <w:num w:numId="5" w16cid:durableId="1925068911">
    <w:abstractNumId w:val="7"/>
  </w:num>
  <w:num w:numId="6" w16cid:durableId="715011464">
    <w:abstractNumId w:val="3"/>
  </w:num>
  <w:num w:numId="7" w16cid:durableId="1832213240">
    <w:abstractNumId w:val="2"/>
  </w:num>
  <w:num w:numId="8" w16cid:durableId="1294210639">
    <w:abstractNumId w:val="1"/>
  </w:num>
  <w:num w:numId="9" w16cid:durableId="200515922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proofState w:spelling="clean" w:grammar="clean"/>
  <w:defaultTabStop w:val="720"/>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276DC"/>
    <w:rsid w:val="00494D3C"/>
    <w:rsid w:val="009A11FA"/>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12D0DE"/>
  <w14:defaultImageDpi w14:val="300"/>
  <w15:docId w15:val="{BD6BF96B-76F0-C145-AB49-835EF4341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498</Words>
  <Characters>2842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 RAGO davide</cp:lastModifiedBy>
  <cp:revision>2</cp:revision>
  <dcterms:created xsi:type="dcterms:W3CDTF">2013-12-23T23:15:00Z</dcterms:created>
  <dcterms:modified xsi:type="dcterms:W3CDTF">2026-08-06T11:05:00Z</dcterms:modified>
  <cp:category/>
</cp:coreProperties>
</file>