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770AE5" w14:textId="77777777" w:rsidR="007D0449" w:rsidRDefault="00000000">
      <w:pPr>
        <w:jc w:val="center"/>
      </w:pPr>
      <w:r>
        <w:rPr>
          <w:b/>
        </w:rPr>
        <w:t>TO THE MAGNIFICENT RECTOR</w:t>
      </w:r>
      <w:r>
        <w:rPr>
          <w:b/>
        </w:rPr>
        <w:br/>
        <w:t>of the University of Sannio</w:t>
      </w:r>
    </w:p>
    <w:p w14:paraId="3BE9CB88" w14:textId="77777777" w:rsidR="007D0449" w:rsidRDefault="00000000">
      <w:pPr>
        <w:jc w:val="center"/>
      </w:pPr>
      <w:r>
        <w:rPr>
          <w:b/>
        </w:rPr>
        <w:t>APPLICATION FOR SIMULTANEOUS ENROLLMENT IN TWO UNIVERSITY EDUCATION COURSES</w:t>
      </w:r>
      <w:r>
        <w:rPr>
          <w:b/>
        </w:rPr>
        <w:br/>
        <w:t>(Law April 12, 2022, no. 33 and implementing ministerial decrees)</w:t>
      </w:r>
    </w:p>
    <w:p w14:paraId="1332002B" w14:textId="77777777" w:rsidR="007D0449" w:rsidRDefault="00000000">
      <w:r>
        <w:rPr>
          <w:sz w:val="20"/>
        </w:rPr>
        <w:t>I, the undersigned, pursuant to art. 46 of D.P.R. December 28, 2000, no. 445 and aware that, pursuant to art. 76 of the same D.P.R. 445/2000 "anyone who makes false declarations, forms false documents or makes use of them in the cases provided for by this consolidated text is punished by the penal code and by special laws on the matter".</w:t>
      </w:r>
    </w:p>
    <w:p w14:paraId="003D2A59" w14:textId="77777777" w:rsidR="007D0449" w:rsidRDefault="00000000">
      <w:r>
        <w:rPr>
          <w:b/>
        </w:rPr>
        <w:t>DECLARE UNDER MY RESPONSIBILITY THE FOLLOWING DATA:</w:t>
      </w:r>
    </w:p>
    <w:p w14:paraId="458E38B3" w14:textId="77777777" w:rsidR="007D0449" w:rsidRDefault="00000000">
      <w:r>
        <w:t>My NAME is ____________________</w:t>
      </w:r>
      <w:r>
        <w:tab/>
      </w:r>
      <w:r>
        <w:tab/>
        <w:t>My SURNAME is ____________________</w:t>
      </w:r>
    </w:p>
    <w:p w14:paraId="7C2216D9" w14:textId="77777777" w:rsidR="007D0449" w:rsidRDefault="00000000">
      <w:r>
        <w:t>BORN in ____________________</w:t>
      </w:r>
      <w:r>
        <w:tab/>
        <w:t>prov. ______</w:t>
      </w:r>
      <w:r>
        <w:tab/>
        <w:t>on ______________</w:t>
      </w:r>
    </w:p>
    <w:p w14:paraId="42D379AB" w14:textId="77777777" w:rsidR="007D0449" w:rsidRDefault="00000000">
      <w:r>
        <w:t>RESIDENT in ____________________</w:t>
      </w:r>
      <w:r>
        <w:tab/>
        <w:t>prov. ______</w:t>
      </w:r>
    </w:p>
    <w:p w14:paraId="45EF721B" w14:textId="77777777" w:rsidR="007D0449" w:rsidRDefault="00000000">
      <w:r>
        <w:t>Address ________________________________________</w:t>
      </w:r>
      <w:r>
        <w:tab/>
        <w:t>ZIP CODE (C.A.P.) __________</w:t>
      </w:r>
    </w:p>
    <w:p w14:paraId="0DF95F9C" w14:textId="77777777" w:rsidR="007D0449" w:rsidRDefault="00000000">
      <w:r>
        <w:t>Landline phone ____________________</w:t>
      </w:r>
      <w:r>
        <w:tab/>
        <w:t>Mobile phone ____________________</w:t>
      </w:r>
    </w:p>
    <w:p w14:paraId="32D5A96E" w14:textId="77777777" w:rsidR="007D0449" w:rsidRDefault="00000000">
      <w:r>
        <w:t>My TAX CODE (Codice Fiscale) ___________________________________</w:t>
      </w:r>
    </w:p>
    <w:p w14:paraId="49D1BEEC" w14:textId="77777777" w:rsidR="007D0449" w:rsidRDefault="00000000">
      <w:r>
        <w:t>Email _________________________________________________________ (will be used for official communications)</w:t>
      </w:r>
    </w:p>
    <w:p w14:paraId="0E963509" w14:textId="77777777" w:rsidR="007D0449" w:rsidRDefault="00000000">
      <w:r>
        <w:rPr>
          <w:b/>
        </w:rPr>
        <w:br/>
        <w:t>I REQUEST</w:t>
      </w:r>
    </w:p>
    <w:p w14:paraId="337D50D2" w14:textId="77777777" w:rsidR="007D0449" w:rsidRDefault="00000000">
      <w:r>
        <w:t>to enroll, for the a.y. ____/____, at the University of Sannio, in the following study program:</w:t>
      </w:r>
    </w:p>
    <w:p w14:paraId="699244C1" w14:textId="77777777" w:rsidR="007D0449" w:rsidRDefault="00000000">
      <w:r>
        <w:t>Study program: ____________________________________________________________</w:t>
      </w:r>
    </w:p>
    <w:p w14:paraId="2B64905C" w14:textId="77777777" w:rsidR="007D0449" w:rsidRDefault="00000000">
      <w:r>
        <w:t>Degree Class/Master's Degree/Single-cycle Master's Degree: __________________________</w:t>
      </w:r>
    </w:p>
    <w:p w14:paraId="4C02D0A5" w14:textId="77777777" w:rsidR="007D0449" w:rsidRDefault="00000000">
      <w:r>
        <w:rPr>
          <w:b/>
        </w:rPr>
        <w:br/>
        <w:t>I DECLARE</w:t>
      </w:r>
    </w:p>
    <w:p w14:paraId="230B1EC3" w14:textId="77777777" w:rsidR="007D0449" w:rsidRDefault="00000000">
      <w:r>
        <w:t>to be already enrolled in the following study program:</w:t>
      </w:r>
    </w:p>
    <w:p w14:paraId="7CA7E9FD" w14:textId="77777777" w:rsidR="007D0449" w:rsidRDefault="00000000">
      <w:r>
        <w:t>Study program: ____________________________________________________________</w:t>
      </w:r>
    </w:p>
    <w:p w14:paraId="50C8963B" w14:textId="77777777" w:rsidR="007D0449" w:rsidRDefault="00000000">
      <w:r>
        <w:t>Degree Class/Master's Degree/Single-cycle Master's Degree: __________________________</w:t>
      </w:r>
    </w:p>
    <w:p w14:paraId="3A3830EC" w14:textId="77777777" w:rsidR="007D0449" w:rsidRDefault="00000000">
      <w:r>
        <w:t>University of enrollment: ____________________________________________________</w:t>
      </w:r>
    </w:p>
    <w:p w14:paraId="18B99F42" w14:textId="77777777" w:rsidR="007D0449" w:rsidRDefault="00000000">
      <w:r>
        <w:t>Academic Year of enrollment: _________________________________________________</w:t>
      </w:r>
    </w:p>
    <w:p w14:paraId="241F726E" w14:textId="77777777" w:rsidR="007D0449" w:rsidRDefault="00000000">
      <w:r>
        <w:rPr>
          <w:b/>
        </w:rPr>
        <w:lastRenderedPageBreak/>
        <w:br/>
        <w:t>I ALSO DECLARE UNDER MY RESPONSIBILITY,</w:t>
      </w:r>
    </w:p>
    <w:p w14:paraId="6575BC6D" w14:textId="77777777" w:rsidR="007D0449" w:rsidRDefault="00000000">
      <w:r>
        <w:t>to be in possession of the necessary requirements, pursuant to M.D. July 29, 2022, no. 930, for simultaneous enrollment in two university education courses and, in particular:</w:t>
      </w:r>
    </w:p>
    <w:p w14:paraId="70CA92F6" w14:textId="77777777" w:rsidR="007D0449" w:rsidRDefault="00000000">
      <w:pPr>
        <w:pStyle w:val="Puntoelenco"/>
      </w:pPr>
      <w:r>
        <w:t>➢ that the course in which I intend to enroll belongs to a different bachelor's or master's degree class from that of the previously enrolled course and that the two courses differ in at least two-thirds of the training activities;</w:t>
      </w:r>
    </w:p>
    <w:p w14:paraId="2674E0C1" w14:textId="77777777" w:rsidR="007D0449" w:rsidRDefault="00000000">
      <w:pPr>
        <w:pStyle w:val="Puntoelenco"/>
      </w:pPr>
      <w:r>
        <w:t>➢ that the study program in which I am already enrolled, as regulated in the study program's didactic regulation, is:</w:t>
      </w:r>
    </w:p>
    <w:p w14:paraId="6CDF097A" w14:textId="77777777" w:rsidR="007D0449" w:rsidRDefault="00000000">
      <w:r>
        <w:t>□ with mandatory attendance;</w:t>
      </w:r>
      <w:r>
        <w:br/>
        <w:t>□ with non-mandatory attendance;</w:t>
      </w:r>
      <w:r>
        <w:br/>
        <w:t>□ with mandatory attendance only for laboratory and internship activities</w:t>
      </w:r>
    </w:p>
    <w:p w14:paraId="437B8475" w14:textId="77777777" w:rsidR="007D0449" w:rsidRDefault="00000000">
      <w:pPr>
        <w:pStyle w:val="Puntoelenco"/>
      </w:pPr>
      <w:r>
        <w:t>➢ to identify, in accordance with art. 7 of M.D. July 29, 2022, no. 930, which enrollment is the reference for accessing the benefits provided by current legislation on the right to study, for the entire period of simultaneous enrollment in the two study programs, that of the following course:</w:t>
      </w:r>
    </w:p>
    <w:p w14:paraId="74954EFF" w14:textId="77777777" w:rsidR="007D0449" w:rsidRDefault="00000000">
      <w:r>
        <w:t>Study program: ____________________________________________________________</w:t>
      </w:r>
    </w:p>
    <w:p w14:paraId="1F048C51" w14:textId="77777777" w:rsidR="007D0449" w:rsidRDefault="00000000">
      <w:r>
        <w:t>Degree Class/Master's Degree: _______________________________________________</w:t>
      </w:r>
    </w:p>
    <w:p w14:paraId="0C87C6B0" w14:textId="77777777" w:rsidR="007D0449" w:rsidRDefault="00000000">
      <w:r>
        <w:t>University of enrollment: ____________________________________________________</w:t>
      </w:r>
    </w:p>
    <w:p w14:paraId="4FDDF772" w14:textId="77777777" w:rsidR="007D0449" w:rsidRDefault="00000000">
      <w:r>
        <w:t>Academic Year of enrollment: _________________________________________________</w:t>
      </w:r>
    </w:p>
    <w:p w14:paraId="116AC262" w14:textId="77777777" w:rsidR="007D0449" w:rsidRDefault="00000000">
      <w:r>
        <w:rPr>
          <w:b/>
        </w:rPr>
        <w:br/>
        <w:t>I COMMIT</w:t>
      </w:r>
    </w:p>
    <w:p w14:paraId="47AFE7A4" w14:textId="77777777" w:rsidR="007D0449" w:rsidRDefault="00000000">
      <w:pPr>
        <w:pStyle w:val="Puntoelenco"/>
      </w:pPr>
      <w:r>
        <w:t>➢ to submit the self-certification pursuant to art. 6, paragraph 1, of M.D. no. 930 of July 29, 2022, also to the other University of first enrollment.</w:t>
      </w:r>
    </w:p>
    <w:p w14:paraId="425667B4" w14:textId="77777777" w:rsidR="007D0449" w:rsidRDefault="00000000">
      <w:r>
        <w:rPr>
          <w:b/>
        </w:rPr>
        <w:br/>
        <w:t>This application must be sent by email to the address ufficio.protocollo@unisannio.it</w:t>
      </w:r>
    </w:p>
    <w:p w14:paraId="07D5382A" w14:textId="77777777" w:rsidR="007D0449" w:rsidRDefault="00000000">
      <w:r>
        <w:t>I attach:</w:t>
      </w:r>
    </w:p>
    <w:p w14:paraId="19D85995" w14:textId="19543D6D" w:rsidR="007D0449" w:rsidRDefault="00000000">
      <w:r>
        <w:t xml:space="preserve">□ </w:t>
      </w:r>
      <w:r w:rsidR="00EC3D69">
        <w:t>C</w:t>
      </w:r>
      <w:r>
        <w:t>opy of a valid identity document;</w:t>
      </w:r>
    </w:p>
    <w:p w14:paraId="1BF1770F" w14:textId="77777777" w:rsidR="007D0449" w:rsidRDefault="00000000">
      <w:r>
        <w:t>□ Study plan of the first enrollment course including the Disciplinary Scientific Sectors (SSD) of the exams (for those already enrolled at other universities).</w:t>
      </w:r>
    </w:p>
    <w:p w14:paraId="19712A55" w14:textId="77777777" w:rsidR="007D0449" w:rsidRDefault="00000000">
      <w:r>
        <w:br/>
        <w:t>Benevento, __________________</w:t>
      </w:r>
      <w:r>
        <w:tab/>
      </w:r>
      <w:r>
        <w:tab/>
      </w:r>
      <w:r>
        <w:tab/>
        <w:t>Signature _________________________</w:t>
      </w:r>
    </w:p>
    <w:p w14:paraId="2571B4FB" w14:textId="77777777" w:rsidR="007D0449" w:rsidRDefault="00000000">
      <w:r>
        <w:rPr>
          <w:sz w:val="16"/>
        </w:rPr>
        <w:lastRenderedPageBreak/>
        <w:br/>
        <w:t>The processing of personal data requested from the interested party is carried out pursuant to art. 6 letter e) of EU Regulation 2016/679.</w:t>
      </w:r>
    </w:p>
    <w:sectPr w:rsidR="007D044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num w:numId="1" w16cid:durableId="133723432">
    <w:abstractNumId w:val="8"/>
  </w:num>
  <w:num w:numId="2" w16cid:durableId="1161965386">
    <w:abstractNumId w:val="6"/>
  </w:num>
  <w:num w:numId="3" w16cid:durableId="306014251">
    <w:abstractNumId w:val="5"/>
  </w:num>
  <w:num w:numId="4" w16cid:durableId="1339891983">
    <w:abstractNumId w:val="4"/>
  </w:num>
  <w:num w:numId="5" w16cid:durableId="2072993098">
    <w:abstractNumId w:val="7"/>
  </w:num>
  <w:num w:numId="6" w16cid:durableId="628316302">
    <w:abstractNumId w:val="3"/>
  </w:num>
  <w:num w:numId="7" w16cid:durableId="1260993124">
    <w:abstractNumId w:val="2"/>
  </w:num>
  <w:num w:numId="8" w16cid:durableId="2048136616">
    <w:abstractNumId w:val="1"/>
  </w:num>
  <w:num w:numId="9" w16cid:durableId="94739199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4"/>
  <w:proofState w:spelling="clean" w:grammar="clean"/>
  <w:defaultTabStop w:val="720"/>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94D3C"/>
    <w:rsid w:val="007D0449"/>
    <w:rsid w:val="00AA1D8D"/>
    <w:rsid w:val="00B47730"/>
    <w:rsid w:val="00CB0664"/>
    <w:rsid w:val="00EC3D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C6F9E8"/>
  <w14:defaultImageDpi w14:val="300"/>
  <w15:docId w15:val="{BD6BF96B-76F0-C145-AB49-835EF4341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1"/>
      </w:numPr>
      <w:contextualSpacing/>
    </w:pPr>
  </w:style>
  <w:style w:type="paragraph" w:styleId="Puntoelenco2">
    <w:name w:val="List Bullet 2"/>
    <w:basedOn w:val="Normale"/>
    <w:uiPriority w:val="99"/>
    <w:unhideWhenUsed/>
    <w:rsid w:val="00326F90"/>
    <w:pPr>
      <w:numPr>
        <w:numId w:val="2"/>
      </w:numPr>
      <w:contextualSpacing/>
    </w:pPr>
  </w:style>
  <w:style w:type="paragraph" w:styleId="Puntoelenco3">
    <w:name w:val="List Bullet 3"/>
    <w:basedOn w:val="Normale"/>
    <w:uiPriority w:val="99"/>
    <w:unhideWhenUsed/>
    <w:rsid w:val="00326F90"/>
    <w:pPr>
      <w:numPr>
        <w:numId w:val="3"/>
      </w:numPr>
      <w:contextualSpacing/>
    </w:pPr>
  </w:style>
  <w:style w:type="paragraph" w:styleId="Numeroelenco">
    <w:name w:val="List Number"/>
    <w:basedOn w:val="Normale"/>
    <w:uiPriority w:val="99"/>
    <w:unhideWhenUsed/>
    <w:rsid w:val="00326F90"/>
    <w:pPr>
      <w:numPr>
        <w:numId w:val="5"/>
      </w:numPr>
      <w:contextualSpacing/>
    </w:pPr>
  </w:style>
  <w:style w:type="paragraph" w:styleId="Numeroelenco2">
    <w:name w:val="List Number 2"/>
    <w:basedOn w:val="Normale"/>
    <w:uiPriority w:val="99"/>
    <w:unhideWhenUsed/>
    <w:rsid w:val="0029639D"/>
    <w:pPr>
      <w:numPr>
        <w:numId w:val="6"/>
      </w:numPr>
      <w:contextualSpacing/>
    </w:pPr>
  </w:style>
  <w:style w:type="paragraph" w:styleId="Numeroelenco3">
    <w:name w:val="List Number 3"/>
    <w:basedOn w:val="Normale"/>
    <w:uiPriority w:val="99"/>
    <w:unhideWhenUsed/>
    <w:rsid w:val="0029639D"/>
    <w:pPr>
      <w:numPr>
        <w:numId w:val="7"/>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554</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 RAGO davide</cp:lastModifiedBy>
  <cp:revision>2</cp:revision>
  <dcterms:created xsi:type="dcterms:W3CDTF">2013-12-23T23:15:00Z</dcterms:created>
  <dcterms:modified xsi:type="dcterms:W3CDTF">2026-08-06T11:08:00Z</dcterms:modified>
  <cp:category/>
</cp:coreProperties>
</file>